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F67" w:rsidRDefault="006566CF">
      <w:pPr>
        <w:jc w:val="center"/>
      </w:pPr>
      <w:r>
        <w:rPr>
          <w:b/>
          <w:sz w:val="28"/>
        </w:rPr>
        <w:t>FORMULARIO DE SOLICITUD PARA LA PRESENTACIÓN</w:t>
      </w:r>
      <w:r>
        <w:rPr>
          <w:b/>
          <w:sz w:val="28"/>
        </w:rPr>
        <w:br/>
        <w:t>DE PROYECTO PARAGUAS LEADER</w:t>
      </w:r>
    </w:p>
    <w:p w:rsidR="00CF5F67" w:rsidRDefault="006566CF">
      <w:pPr>
        <w:jc w:val="center"/>
      </w:pPr>
      <w:r>
        <w:rPr>
          <w:i/>
        </w:rPr>
        <w:t>A presentar por el grupo de personas</w:t>
      </w:r>
    </w:p>
    <w:p w:rsidR="00CF5F67" w:rsidRDefault="006566CF" w:rsidP="008D3BB6">
      <w:pPr>
        <w:pStyle w:val="Ttulo1"/>
        <w:numPr>
          <w:ilvl w:val="0"/>
          <w:numId w:val="10"/>
        </w:numPr>
        <w:rPr>
          <w:color w:val="1C61AC"/>
        </w:rPr>
      </w:pPr>
      <w:proofErr w:type="spellStart"/>
      <w:r w:rsidRPr="008D3BB6">
        <w:rPr>
          <w:color w:val="1C61AC"/>
        </w:rPr>
        <w:t>Información</w:t>
      </w:r>
      <w:proofErr w:type="spellEnd"/>
      <w:r w:rsidRPr="008D3BB6">
        <w:rPr>
          <w:color w:val="1C61AC"/>
        </w:rPr>
        <w:t xml:space="preserve"> General </w:t>
      </w:r>
      <w:proofErr w:type="gramStart"/>
      <w:r w:rsidRPr="008D3BB6">
        <w:rPr>
          <w:color w:val="1C61AC"/>
        </w:rPr>
        <w:t>del</w:t>
      </w:r>
      <w:proofErr w:type="gramEnd"/>
      <w:r w:rsidRPr="008D3BB6">
        <w:rPr>
          <w:color w:val="1C61AC"/>
        </w:rPr>
        <w:t xml:space="preserve"> Proyecto</w:t>
      </w:r>
    </w:p>
    <w:p w:rsidR="008D3BB6" w:rsidRPr="008D3BB6" w:rsidRDefault="008D3BB6" w:rsidP="008D3BB6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57"/>
        <w:gridCol w:w="4873"/>
      </w:tblGrid>
      <w:tr w:rsidR="002E4970" w:rsidTr="002E4970">
        <w:trPr>
          <w:jc w:val="center"/>
        </w:trPr>
        <w:tc>
          <w:tcPr>
            <w:tcW w:w="3857" w:type="dxa"/>
            <w:shd w:val="clear" w:color="auto" w:fill="D9EAF7"/>
            <w:vAlign w:val="center"/>
          </w:tcPr>
          <w:p w:rsidR="002E4970" w:rsidRDefault="00A109D2">
            <w:pPr>
              <w:rPr>
                <w:b/>
              </w:rPr>
            </w:pPr>
            <w:proofErr w:type="spellStart"/>
            <w:r>
              <w:rPr>
                <w:b/>
              </w:rPr>
              <w:t>Título</w:t>
            </w:r>
            <w:proofErr w:type="spellEnd"/>
            <w:r>
              <w:rPr>
                <w:b/>
              </w:rPr>
              <w:t xml:space="preserve"> del proyecto </w:t>
            </w:r>
          </w:p>
        </w:tc>
        <w:tc>
          <w:tcPr>
            <w:tcW w:w="4873" w:type="dxa"/>
            <w:vAlign w:val="center"/>
          </w:tcPr>
          <w:p w:rsidR="002E4970" w:rsidRDefault="002E4970"/>
        </w:tc>
      </w:tr>
      <w:tr w:rsidR="00CF5F67" w:rsidTr="002E4970">
        <w:trPr>
          <w:jc w:val="center"/>
        </w:trPr>
        <w:tc>
          <w:tcPr>
            <w:tcW w:w="3857" w:type="dxa"/>
            <w:shd w:val="clear" w:color="auto" w:fill="D9EAF7"/>
            <w:vAlign w:val="center"/>
          </w:tcPr>
          <w:p w:rsidR="00CF5F67" w:rsidRDefault="006566CF">
            <w:r>
              <w:rPr>
                <w:b/>
              </w:rPr>
              <w:t>a) Coordinador/a del Proyecto:</w:t>
            </w:r>
          </w:p>
        </w:tc>
        <w:tc>
          <w:tcPr>
            <w:tcW w:w="4873" w:type="dxa"/>
            <w:vAlign w:val="center"/>
          </w:tcPr>
          <w:p w:rsidR="00CF5F67" w:rsidRDefault="00CF5F67"/>
        </w:tc>
      </w:tr>
      <w:tr w:rsidR="00CF5F67" w:rsidTr="002E4970">
        <w:trPr>
          <w:jc w:val="center"/>
        </w:trPr>
        <w:tc>
          <w:tcPr>
            <w:tcW w:w="3857" w:type="dxa"/>
            <w:shd w:val="clear" w:color="auto" w:fill="D9EAF7"/>
            <w:vAlign w:val="center"/>
          </w:tcPr>
          <w:p w:rsidR="00CF5F67" w:rsidRDefault="006566CF">
            <w:r>
              <w:rPr>
                <w:b/>
              </w:rPr>
              <w:t>b) Correo Electrónico de Contacto:</w:t>
            </w:r>
          </w:p>
        </w:tc>
        <w:tc>
          <w:tcPr>
            <w:tcW w:w="4873" w:type="dxa"/>
            <w:vAlign w:val="center"/>
          </w:tcPr>
          <w:p w:rsidR="00CF5F67" w:rsidRDefault="00CF5F67"/>
        </w:tc>
      </w:tr>
      <w:tr w:rsidR="00CF5F67" w:rsidTr="002E4970">
        <w:trPr>
          <w:jc w:val="center"/>
        </w:trPr>
        <w:tc>
          <w:tcPr>
            <w:tcW w:w="3857" w:type="dxa"/>
            <w:shd w:val="clear" w:color="auto" w:fill="D9EAF7"/>
            <w:vAlign w:val="center"/>
          </w:tcPr>
          <w:p w:rsidR="00CF5F67" w:rsidRDefault="006566CF">
            <w:r>
              <w:rPr>
                <w:b/>
              </w:rPr>
              <w:t>c) Teléfono de Contacto:</w:t>
            </w:r>
          </w:p>
        </w:tc>
        <w:tc>
          <w:tcPr>
            <w:tcW w:w="4873" w:type="dxa"/>
            <w:vAlign w:val="center"/>
          </w:tcPr>
          <w:p w:rsidR="00CF5F67" w:rsidRDefault="00CF5F67"/>
        </w:tc>
      </w:tr>
      <w:tr w:rsidR="00CF5F67" w:rsidTr="002E4970">
        <w:trPr>
          <w:jc w:val="center"/>
        </w:trPr>
        <w:tc>
          <w:tcPr>
            <w:tcW w:w="3857" w:type="dxa"/>
            <w:shd w:val="clear" w:color="auto" w:fill="D9EAF7"/>
            <w:vAlign w:val="center"/>
          </w:tcPr>
          <w:p w:rsidR="00CF5F67" w:rsidRDefault="006566CF">
            <w:r>
              <w:rPr>
                <w:b/>
              </w:rPr>
              <w:t>d) Localización Geográfica:</w:t>
            </w:r>
          </w:p>
        </w:tc>
        <w:tc>
          <w:tcPr>
            <w:tcW w:w="4873" w:type="dxa"/>
            <w:vAlign w:val="center"/>
          </w:tcPr>
          <w:p w:rsidR="00CF5F67" w:rsidRDefault="00CF5F67"/>
        </w:tc>
      </w:tr>
      <w:tr w:rsidR="00CF5F67" w:rsidTr="002E4970">
        <w:trPr>
          <w:jc w:val="center"/>
        </w:trPr>
        <w:tc>
          <w:tcPr>
            <w:tcW w:w="3857" w:type="dxa"/>
            <w:shd w:val="clear" w:color="auto" w:fill="D9EAF7"/>
            <w:vAlign w:val="center"/>
          </w:tcPr>
          <w:p w:rsidR="00CF5F67" w:rsidRDefault="006566CF">
            <w:r>
              <w:rPr>
                <w:b/>
              </w:rPr>
              <w:t>e) Fecha de Inicio Propuesta:</w:t>
            </w:r>
          </w:p>
        </w:tc>
        <w:tc>
          <w:tcPr>
            <w:tcW w:w="4873" w:type="dxa"/>
            <w:vAlign w:val="center"/>
          </w:tcPr>
          <w:p w:rsidR="00CF5F67" w:rsidRDefault="00CF5F67"/>
        </w:tc>
      </w:tr>
      <w:tr w:rsidR="00CF5F67" w:rsidTr="002E4970">
        <w:trPr>
          <w:jc w:val="center"/>
        </w:trPr>
        <w:tc>
          <w:tcPr>
            <w:tcW w:w="3857" w:type="dxa"/>
            <w:shd w:val="clear" w:color="auto" w:fill="D9EAF7"/>
            <w:vAlign w:val="center"/>
          </w:tcPr>
          <w:p w:rsidR="00CF5F67" w:rsidRDefault="006566CF">
            <w:r>
              <w:rPr>
                <w:b/>
              </w:rPr>
              <w:t>f) Fecha de Finalización Propuesta:</w:t>
            </w:r>
          </w:p>
        </w:tc>
        <w:tc>
          <w:tcPr>
            <w:tcW w:w="4873" w:type="dxa"/>
            <w:vAlign w:val="center"/>
          </w:tcPr>
          <w:p w:rsidR="00CF5F67" w:rsidRDefault="00CF5F67"/>
        </w:tc>
      </w:tr>
    </w:tbl>
    <w:p w:rsidR="00CF5F67" w:rsidRDefault="006566CF">
      <w:pPr>
        <w:pStyle w:val="Ttulo1"/>
      </w:pPr>
      <w:r>
        <w:t xml:space="preserve">2. Resumen </w:t>
      </w:r>
      <w:proofErr w:type="gramStart"/>
      <w:r>
        <w:t>del</w:t>
      </w:r>
      <w:proofErr w:type="gramEnd"/>
      <w:r>
        <w:t xml:space="preserve"> Proyecto</w:t>
      </w:r>
    </w:p>
    <w:p w:rsidR="00CF5F67" w:rsidRDefault="006566CF" w:rsidP="00D7661F">
      <w:pPr>
        <w:jc w:val="both"/>
      </w:pPr>
      <w:r>
        <w:rPr>
          <w:b/>
        </w:rPr>
        <w:t>Descripción Breve:</w:t>
      </w:r>
      <w:r>
        <w:rPr>
          <w:i/>
        </w:rPr>
        <w:t xml:space="preserve"> (Máximo 300 palabras que expliquen la naturaleza y propósito del proyecto paraguas.)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46"/>
      </w:tblGrid>
      <w:tr w:rsidR="00CF5F67">
        <w:trPr>
          <w:trHeight w:val="369"/>
        </w:trPr>
        <w:tc>
          <w:tcPr>
            <w:tcW w:w="9746" w:type="dxa"/>
          </w:tcPr>
          <w:p w:rsidR="00CF5F67" w:rsidRDefault="00CF5F67"/>
          <w:p w:rsidR="00D45D22" w:rsidRDefault="00D45D22"/>
          <w:p w:rsidR="00D45D22" w:rsidRDefault="00D45D22"/>
          <w:p w:rsidR="00D45D22" w:rsidRDefault="00D45D22"/>
          <w:p w:rsidR="00D45D22" w:rsidRDefault="00D45D22"/>
          <w:p w:rsidR="00D45D22" w:rsidRDefault="00D45D22"/>
        </w:tc>
      </w:tr>
    </w:tbl>
    <w:p w:rsidR="00CF5F67" w:rsidRDefault="006566CF">
      <w:pPr>
        <w:pStyle w:val="Ttulo1"/>
      </w:pPr>
      <w:r>
        <w:t>3. Contexto y Justificación</w:t>
      </w:r>
    </w:p>
    <w:p w:rsidR="00CF5F67" w:rsidRDefault="006566CF" w:rsidP="00D7661F">
      <w:pPr>
        <w:jc w:val="both"/>
      </w:pPr>
      <w:r>
        <w:rPr>
          <w:b/>
        </w:rPr>
        <w:t xml:space="preserve">a) Problemas o Necesidades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Abordar:</w:t>
      </w:r>
      <w:r>
        <w:rPr>
          <w:i/>
        </w:rPr>
        <w:t xml:space="preserve"> (</w:t>
      </w:r>
      <w:proofErr w:type="spellStart"/>
      <w:r>
        <w:rPr>
          <w:i/>
        </w:rPr>
        <w:t>Descripción</w:t>
      </w:r>
      <w:proofErr w:type="spellEnd"/>
      <w:r>
        <w:rPr>
          <w:i/>
        </w:rPr>
        <w:t xml:space="preserve"> del </w:t>
      </w:r>
      <w:proofErr w:type="spellStart"/>
      <w:r>
        <w:rPr>
          <w:i/>
        </w:rPr>
        <w:t>contexto</w:t>
      </w:r>
      <w:proofErr w:type="spellEnd"/>
      <w:r>
        <w:rPr>
          <w:i/>
        </w:rPr>
        <w:t xml:space="preserve"> actual</w:t>
      </w:r>
      <w:r w:rsidR="00B67357">
        <w:rPr>
          <w:i/>
        </w:rPr>
        <w:t xml:space="preserve">, </w:t>
      </w:r>
      <w:proofErr w:type="spellStart"/>
      <w:r w:rsidR="00B67357">
        <w:rPr>
          <w:i/>
        </w:rPr>
        <w:t>por</w:t>
      </w:r>
      <w:r w:rsidR="00D7661F">
        <w:rPr>
          <w:i/>
        </w:rPr>
        <w:t>qué</w:t>
      </w:r>
      <w:proofErr w:type="spellEnd"/>
      <w:r w:rsidR="00B67357">
        <w:rPr>
          <w:i/>
        </w:rPr>
        <w:t xml:space="preserve"> surge y su </w:t>
      </w:r>
      <w:proofErr w:type="spellStart"/>
      <w:r w:rsidR="00B67357">
        <w:rPr>
          <w:i/>
        </w:rPr>
        <w:t>relevancia</w:t>
      </w:r>
      <w:proofErr w:type="spellEnd"/>
      <w:r w:rsidR="00630AF4">
        <w:rPr>
          <w:i/>
        </w:rPr>
        <w:t>,</w:t>
      </w:r>
      <w:r>
        <w:rPr>
          <w:i/>
        </w:rPr>
        <w:t xml:space="preserve"> y </w:t>
      </w:r>
      <w:proofErr w:type="spellStart"/>
      <w:r>
        <w:rPr>
          <w:i/>
        </w:rPr>
        <w:t>las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necesidades</w:t>
      </w:r>
      <w:proofErr w:type="spellEnd"/>
      <w:r>
        <w:rPr>
          <w:i/>
        </w:rPr>
        <w:t xml:space="preserve"> específicas </w:t>
      </w:r>
      <w:proofErr w:type="spellStart"/>
      <w:r>
        <w:rPr>
          <w:i/>
        </w:rPr>
        <w:t>que</w:t>
      </w:r>
      <w:proofErr w:type="spellEnd"/>
      <w:r>
        <w:rPr>
          <w:i/>
        </w:rPr>
        <w:t xml:space="preserve"> el proyecto </w:t>
      </w:r>
      <w:proofErr w:type="spellStart"/>
      <w:r>
        <w:rPr>
          <w:i/>
        </w:rPr>
        <w:t>paraguas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busca</w:t>
      </w:r>
      <w:proofErr w:type="spellEnd"/>
      <w:r>
        <w:rPr>
          <w:i/>
        </w:rPr>
        <w:t xml:space="preserve"> </w:t>
      </w:r>
      <w:proofErr w:type="spellStart"/>
      <w:r w:rsidR="003E39AC">
        <w:rPr>
          <w:i/>
        </w:rPr>
        <w:t>atender</w:t>
      </w:r>
      <w:proofErr w:type="spellEnd"/>
      <w:r w:rsidR="003E39AC">
        <w:rPr>
          <w:i/>
        </w:rPr>
        <w:t xml:space="preserve">. </w:t>
      </w:r>
      <w:proofErr w:type="spellStart"/>
      <w:proofErr w:type="gramStart"/>
      <w:r w:rsidR="003E39AC">
        <w:rPr>
          <w:i/>
        </w:rPr>
        <w:t>Detalla</w:t>
      </w:r>
      <w:proofErr w:type="spellEnd"/>
      <w:r w:rsidR="003E39AC">
        <w:rPr>
          <w:i/>
        </w:rPr>
        <w:t xml:space="preserve"> la necesidad</w:t>
      </w:r>
      <w:r w:rsidR="00E50816">
        <w:rPr>
          <w:i/>
        </w:rPr>
        <w:t>/es</w:t>
      </w:r>
      <w:r w:rsidR="003E39AC">
        <w:rPr>
          <w:i/>
        </w:rPr>
        <w:t xml:space="preserve"> de la EDLP de Lanzarote, con </w:t>
      </w:r>
      <w:proofErr w:type="spellStart"/>
      <w:r w:rsidR="003E39AC">
        <w:rPr>
          <w:i/>
        </w:rPr>
        <w:t>la</w:t>
      </w:r>
      <w:r w:rsidR="00E50816">
        <w:rPr>
          <w:i/>
        </w:rPr>
        <w:t>s</w:t>
      </w:r>
      <w:proofErr w:type="spellEnd"/>
      <w:r w:rsidR="003E39AC">
        <w:rPr>
          <w:i/>
        </w:rPr>
        <w:t xml:space="preserve"> </w:t>
      </w:r>
      <w:proofErr w:type="spellStart"/>
      <w:r w:rsidR="003E39AC">
        <w:rPr>
          <w:i/>
        </w:rPr>
        <w:t>que</w:t>
      </w:r>
      <w:proofErr w:type="spellEnd"/>
      <w:r w:rsidR="003E39AC">
        <w:rPr>
          <w:i/>
        </w:rPr>
        <w:t xml:space="preserve"> se </w:t>
      </w:r>
      <w:proofErr w:type="spellStart"/>
      <w:r w:rsidR="003E39AC">
        <w:rPr>
          <w:i/>
        </w:rPr>
        <w:t>alinea</w:t>
      </w:r>
      <w:proofErr w:type="spellEnd"/>
      <w:r w:rsidR="003E39AC">
        <w:rPr>
          <w:i/>
        </w:rPr>
        <w:t xml:space="preserve"> el proyecto).</w:t>
      </w:r>
      <w:bookmarkStart w:id="0" w:name="_GoBack"/>
      <w:bookmarkEnd w:id="0"/>
      <w:proofErr w:type="gram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46"/>
      </w:tblGrid>
      <w:tr w:rsidR="003E39AC" w:rsidTr="00C13443">
        <w:trPr>
          <w:trHeight w:val="369"/>
        </w:trPr>
        <w:tc>
          <w:tcPr>
            <w:tcW w:w="9746" w:type="dxa"/>
          </w:tcPr>
          <w:p w:rsidR="003E39AC" w:rsidRDefault="003E39AC" w:rsidP="00C13443"/>
          <w:p w:rsidR="003E39AC" w:rsidRDefault="003E39AC" w:rsidP="00C13443"/>
          <w:p w:rsidR="003E39AC" w:rsidRDefault="003E39AC" w:rsidP="00C13443"/>
          <w:p w:rsidR="003E39AC" w:rsidRDefault="003E39AC" w:rsidP="00C13443"/>
          <w:p w:rsidR="003E39AC" w:rsidRDefault="003E39AC" w:rsidP="00C13443"/>
          <w:p w:rsidR="003E39AC" w:rsidRDefault="003E39AC" w:rsidP="00C13443"/>
        </w:tc>
      </w:tr>
    </w:tbl>
    <w:p w:rsidR="00CF5F67" w:rsidRDefault="00CF5F67"/>
    <w:p w:rsidR="00CF5F67" w:rsidRDefault="006566CF">
      <w:proofErr w:type="gramStart"/>
      <w:r>
        <w:rPr>
          <w:b/>
        </w:rPr>
        <w:t>b</w:t>
      </w:r>
      <w:proofErr w:type="gramEnd"/>
      <w:r>
        <w:rPr>
          <w:b/>
        </w:rPr>
        <w:t>) Oportunidades y Beneficios Esperados:</w:t>
      </w:r>
      <w:r>
        <w:rPr>
          <w:i/>
        </w:rPr>
        <w:t xml:space="preserve"> (Explicación de los beneficios anticipados para la comunidad y otros grupos de interés.)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46"/>
      </w:tblGrid>
      <w:tr w:rsidR="00CF5F67">
        <w:trPr>
          <w:trHeight w:val="369"/>
        </w:trPr>
        <w:tc>
          <w:tcPr>
            <w:tcW w:w="9746" w:type="dxa"/>
          </w:tcPr>
          <w:p w:rsidR="00CF5F67" w:rsidRDefault="00CF5F67"/>
          <w:p w:rsidR="00D45D22" w:rsidRDefault="00D45D22"/>
          <w:p w:rsidR="00D45D22" w:rsidRDefault="00D45D22"/>
          <w:p w:rsidR="00D45D22" w:rsidRDefault="00D45D22"/>
        </w:tc>
      </w:tr>
    </w:tbl>
    <w:p w:rsidR="00CF5F67" w:rsidRDefault="006566CF">
      <w:pPr>
        <w:pStyle w:val="Ttulo1"/>
      </w:pPr>
      <w:r>
        <w:lastRenderedPageBreak/>
        <w:t xml:space="preserve">4. Objetivos </w:t>
      </w:r>
      <w:proofErr w:type="gramStart"/>
      <w:r>
        <w:t>del</w:t>
      </w:r>
      <w:proofErr w:type="gramEnd"/>
      <w:r>
        <w:t xml:space="preserve"> Proyecto</w:t>
      </w:r>
    </w:p>
    <w:p w:rsidR="00CF5F67" w:rsidRDefault="006566CF">
      <w:r>
        <w:rPr>
          <w:b/>
        </w:rPr>
        <w:t>Objetivo General:</w:t>
      </w:r>
      <w:r>
        <w:rPr>
          <w:i/>
        </w:rPr>
        <w:t xml:space="preserve"> (Enunciar el objetivo principal del proyecto paraguas.)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46"/>
      </w:tblGrid>
      <w:tr w:rsidR="00CF5F67">
        <w:trPr>
          <w:trHeight w:val="369"/>
        </w:trPr>
        <w:tc>
          <w:tcPr>
            <w:tcW w:w="9746" w:type="dxa"/>
          </w:tcPr>
          <w:p w:rsidR="00CF5F67" w:rsidRDefault="00CF5F67"/>
          <w:p w:rsidR="00D45D22" w:rsidRDefault="00D45D22"/>
          <w:p w:rsidR="00D45D22" w:rsidRDefault="00D45D22"/>
          <w:p w:rsidR="00D45D22" w:rsidRDefault="00D45D22"/>
          <w:p w:rsidR="00D45D22" w:rsidRDefault="00D45D22"/>
          <w:p w:rsidR="00D45D22" w:rsidRDefault="00D45D22"/>
        </w:tc>
      </w:tr>
    </w:tbl>
    <w:p w:rsidR="00CF5F67" w:rsidRDefault="00CF5F67"/>
    <w:p w:rsidR="00CF5F67" w:rsidRDefault="006566CF">
      <w:r>
        <w:rPr>
          <w:b/>
        </w:rPr>
        <w:t>Objetivos Específicos: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46"/>
      </w:tblGrid>
      <w:tr w:rsidR="00A109D2" w:rsidTr="00B27E39">
        <w:trPr>
          <w:trHeight w:val="369"/>
        </w:trPr>
        <w:tc>
          <w:tcPr>
            <w:tcW w:w="9746" w:type="dxa"/>
          </w:tcPr>
          <w:p w:rsidR="00A109D2" w:rsidRDefault="00A109D2" w:rsidP="00B27E39"/>
          <w:p w:rsidR="00A109D2" w:rsidRDefault="00A109D2" w:rsidP="00B27E39"/>
          <w:p w:rsidR="00A109D2" w:rsidRDefault="00A109D2" w:rsidP="00B27E39"/>
          <w:p w:rsidR="00A109D2" w:rsidRDefault="00A109D2" w:rsidP="00B27E39"/>
          <w:p w:rsidR="00A109D2" w:rsidRDefault="00A109D2" w:rsidP="00B27E39"/>
          <w:p w:rsidR="00A109D2" w:rsidRDefault="00A109D2" w:rsidP="00B27E39"/>
          <w:p w:rsidR="00A109D2" w:rsidRDefault="00A109D2" w:rsidP="00B27E39"/>
        </w:tc>
      </w:tr>
    </w:tbl>
    <w:p w:rsidR="00CF5F67" w:rsidRDefault="006566CF">
      <w:pPr>
        <w:pStyle w:val="Ttulo1"/>
      </w:pPr>
      <w:r>
        <w:t xml:space="preserve">5. Estructura </w:t>
      </w:r>
      <w:proofErr w:type="gramStart"/>
      <w:r>
        <w:t>del</w:t>
      </w:r>
      <w:proofErr w:type="gramEnd"/>
      <w:r>
        <w:t xml:space="preserve"> Proyecto Paraguas</w:t>
      </w:r>
    </w:p>
    <w:p w:rsidR="00CF5F67" w:rsidRDefault="006566CF">
      <w:r>
        <w:rPr>
          <w:b/>
        </w:rPr>
        <w:t>Descripción de los Subproyectos:</w:t>
      </w:r>
      <w:r>
        <w:rPr>
          <w:i/>
        </w:rPr>
        <w:t xml:space="preserve"> (Breve resumen de cada subproyecto, indicando su nombre, objetivos específicos, y cómo se alinea con el proyecto paraguas.)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46"/>
      </w:tblGrid>
      <w:tr w:rsidR="00A109D2" w:rsidTr="00B27E39">
        <w:trPr>
          <w:trHeight w:val="369"/>
        </w:trPr>
        <w:tc>
          <w:tcPr>
            <w:tcW w:w="9746" w:type="dxa"/>
          </w:tcPr>
          <w:p w:rsidR="00A109D2" w:rsidRDefault="00A109D2" w:rsidP="00B27E39"/>
          <w:p w:rsidR="00A109D2" w:rsidRDefault="00A109D2" w:rsidP="00B27E39"/>
          <w:p w:rsidR="00A109D2" w:rsidRDefault="00A109D2" w:rsidP="00B27E39"/>
          <w:p w:rsidR="00A109D2" w:rsidRDefault="00A109D2" w:rsidP="00B27E39"/>
          <w:p w:rsidR="00A109D2" w:rsidRDefault="00A109D2" w:rsidP="00B27E39"/>
        </w:tc>
      </w:tr>
    </w:tbl>
    <w:p w:rsidR="00CF5F67" w:rsidRDefault="00CF5F67"/>
    <w:p w:rsidR="00CF5F67" w:rsidRDefault="006566CF">
      <w:r>
        <w:rPr>
          <w:b/>
        </w:rPr>
        <w:t>Cronograma General:</w:t>
      </w:r>
      <w:r>
        <w:rPr>
          <w:i/>
        </w:rPr>
        <w:t xml:space="preserve"> (Indicar las fechas de inicio y finalización de cada subproyecto, y el calendario general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proyecto paraguas.)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46"/>
      </w:tblGrid>
      <w:tr w:rsidR="00A109D2" w:rsidTr="00B27E39">
        <w:trPr>
          <w:trHeight w:val="369"/>
        </w:trPr>
        <w:tc>
          <w:tcPr>
            <w:tcW w:w="9746" w:type="dxa"/>
          </w:tcPr>
          <w:p w:rsidR="00A109D2" w:rsidRDefault="00A109D2" w:rsidP="00B27E39"/>
          <w:p w:rsidR="00A109D2" w:rsidRDefault="00A109D2" w:rsidP="00B27E39"/>
          <w:p w:rsidR="00A109D2" w:rsidRDefault="00A109D2" w:rsidP="00B27E39"/>
          <w:p w:rsidR="00A109D2" w:rsidRDefault="00A109D2" w:rsidP="00B27E39"/>
          <w:p w:rsidR="00A109D2" w:rsidRDefault="00A109D2" w:rsidP="00B27E39"/>
          <w:p w:rsidR="00A109D2" w:rsidRDefault="00A109D2" w:rsidP="00B27E39"/>
        </w:tc>
      </w:tr>
    </w:tbl>
    <w:p w:rsidR="00B67357" w:rsidRDefault="00B67357" w:rsidP="00B67357">
      <w:pPr>
        <w:pStyle w:val="Ttulo1"/>
      </w:pPr>
      <w:r>
        <w:t xml:space="preserve">6. </w:t>
      </w:r>
      <w:proofErr w:type="spellStart"/>
      <w:r>
        <w:t>Presupuesto</w:t>
      </w:r>
      <w:proofErr w:type="spellEnd"/>
      <w:r>
        <w:t xml:space="preserve"> global y </w:t>
      </w:r>
      <w:proofErr w:type="spellStart"/>
      <w:r>
        <w:t>detallado</w:t>
      </w:r>
      <w:proofErr w:type="spellEnd"/>
      <w:r>
        <w:t>.</w:t>
      </w:r>
    </w:p>
    <w:p w:rsidR="001D28B4" w:rsidRDefault="001D28B4" w:rsidP="001D28B4">
      <w:pPr>
        <w:spacing w:after="0"/>
        <w:rPr>
          <w:i/>
        </w:rPr>
      </w:pPr>
      <w:proofErr w:type="spellStart"/>
      <w:r>
        <w:rPr>
          <w:b/>
        </w:rPr>
        <w:t>Descripción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Especificar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presupuesto</w:t>
      </w:r>
      <w:proofErr w:type="spellEnd"/>
      <w:r>
        <w:rPr>
          <w:i/>
        </w:rPr>
        <w:t xml:space="preserve"> global y </w:t>
      </w:r>
      <w:proofErr w:type="spellStart"/>
      <w:r>
        <w:rPr>
          <w:i/>
        </w:rPr>
        <w:t>detallado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proyecto. </w:t>
      </w:r>
    </w:p>
    <w:p w:rsidR="00B67357" w:rsidRDefault="001D28B4" w:rsidP="001D28B4">
      <w:pPr>
        <w:spacing w:after="0"/>
        <w:rPr>
          <w:i/>
        </w:rPr>
      </w:pPr>
      <w:proofErr w:type="spellStart"/>
      <w:r>
        <w:rPr>
          <w:i/>
        </w:rPr>
        <w:t>Adjuntar</w:t>
      </w:r>
      <w:proofErr w:type="spellEnd"/>
      <w:r>
        <w:rPr>
          <w:i/>
        </w:rPr>
        <w:t xml:space="preserve"> al </w:t>
      </w:r>
      <w:proofErr w:type="spellStart"/>
      <w:r>
        <w:rPr>
          <w:i/>
        </w:rPr>
        <w:t>menos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un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presupuesto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factura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proforma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concepto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gastos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incluido</w:t>
      </w:r>
      <w:proofErr w:type="spellEnd"/>
      <w:r>
        <w:rPr>
          <w:i/>
        </w:rPr>
        <w:t xml:space="preserve"> los </w:t>
      </w:r>
      <w:proofErr w:type="spellStart"/>
      <w:r>
        <w:rPr>
          <w:i/>
        </w:rPr>
        <w:t>referidos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informe</w:t>
      </w:r>
      <w:proofErr w:type="spellEnd"/>
      <w:r>
        <w:rPr>
          <w:i/>
        </w:rPr>
        <w:t xml:space="preserve"> de auditoria. </w:t>
      </w:r>
    </w:p>
    <w:p w:rsidR="001D28B4" w:rsidRDefault="001D28B4" w:rsidP="00B6735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46"/>
      </w:tblGrid>
      <w:tr w:rsidR="001D28B4" w:rsidTr="00C13443">
        <w:trPr>
          <w:trHeight w:val="369"/>
        </w:trPr>
        <w:tc>
          <w:tcPr>
            <w:tcW w:w="9746" w:type="dxa"/>
          </w:tcPr>
          <w:p w:rsidR="001D28B4" w:rsidRDefault="001D28B4" w:rsidP="00C13443"/>
          <w:p w:rsidR="001D28B4" w:rsidRDefault="001D28B4" w:rsidP="00C13443"/>
          <w:p w:rsidR="001D28B4" w:rsidRDefault="001D28B4" w:rsidP="00C13443"/>
          <w:p w:rsidR="001D28B4" w:rsidRDefault="001D28B4" w:rsidP="00C13443"/>
          <w:p w:rsidR="001D28B4" w:rsidRDefault="001D28B4" w:rsidP="00C13443"/>
          <w:p w:rsidR="001D28B4" w:rsidRDefault="001D28B4" w:rsidP="00C13443"/>
        </w:tc>
      </w:tr>
    </w:tbl>
    <w:p w:rsidR="001D28B4" w:rsidRDefault="001D28B4" w:rsidP="001D28B4">
      <w:pPr>
        <w:pStyle w:val="Ttulo1"/>
      </w:pPr>
      <w:r>
        <w:t xml:space="preserve">7. </w:t>
      </w:r>
      <w:proofErr w:type="spellStart"/>
      <w:r>
        <w:t>Participantes</w:t>
      </w:r>
      <w:proofErr w:type="spellEnd"/>
      <w:r>
        <w:t xml:space="preserve"> del proyecto.</w:t>
      </w:r>
    </w:p>
    <w:p w:rsidR="001D28B4" w:rsidRDefault="001D28B4" w:rsidP="001D28B4">
      <w:pPr>
        <w:spacing w:after="0"/>
        <w:rPr>
          <w:i/>
        </w:rPr>
      </w:pPr>
      <w:proofErr w:type="spellStart"/>
      <w:r>
        <w:rPr>
          <w:b/>
        </w:rPr>
        <w:t>Descripción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Indicar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las</w:t>
      </w:r>
      <w:proofErr w:type="spellEnd"/>
      <w:r>
        <w:rPr>
          <w:i/>
        </w:rPr>
        <w:t xml:space="preserve"> personas </w:t>
      </w:r>
      <w:proofErr w:type="spellStart"/>
      <w:r>
        <w:rPr>
          <w:i/>
        </w:rPr>
        <w:t>físicas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jurídicas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que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participen</w:t>
      </w:r>
      <w:proofErr w:type="spellEnd"/>
      <w:r>
        <w:rPr>
          <w:i/>
        </w:rPr>
        <w:t xml:space="preserve"> en el proyecto y el </w:t>
      </w:r>
      <w:proofErr w:type="spellStart"/>
      <w:r>
        <w:rPr>
          <w:i/>
        </w:rPr>
        <w:t>reparto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responsabilidades</w:t>
      </w:r>
      <w:proofErr w:type="spellEnd"/>
      <w:r>
        <w:rPr>
          <w:i/>
        </w:rPr>
        <w:t xml:space="preserve"> entre </w:t>
      </w:r>
      <w:proofErr w:type="spellStart"/>
      <w:r>
        <w:rPr>
          <w:i/>
        </w:rPr>
        <w:t>quienes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forman</w:t>
      </w:r>
      <w:proofErr w:type="spellEnd"/>
      <w:r>
        <w:rPr>
          <w:i/>
        </w:rPr>
        <w:t xml:space="preserve"> parte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mismo</w:t>
      </w:r>
      <w:proofErr w:type="spellEnd"/>
      <w:r>
        <w:rPr>
          <w:i/>
        </w:rPr>
        <w:t>.</w:t>
      </w:r>
    </w:p>
    <w:p w:rsidR="00CF5F67" w:rsidRDefault="00CF5F6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7"/>
        <w:gridCol w:w="2436"/>
        <w:gridCol w:w="1641"/>
        <w:gridCol w:w="2977"/>
        <w:gridCol w:w="1985"/>
      </w:tblGrid>
      <w:tr w:rsidR="00630AF4" w:rsidTr="00630AF4">
        <w:trPr>
          <w:trHeight w:val="388"/>
        </w:trPr>
        <w:tc>
          <w:tcPr>
            <w:tcW w:w="567" w:type="dxa"/>
            <w:shd w:val="clear" w:color="auto" w:fill="D9EAF7"/>
          </w:tcPr>
          <w:p w:rsidR="00630AF4" w:rsidRDefault="00630AF4">
            <w:pPr>
              <w:rPr>
                <w:b/>
              </w:rPr>
            </w:pPr>
          </w:p>
        </w:tc>
        <w:tc>
          <w:tcPr>
            <w:tcW w:w="2436" w:type="dxa"/>
            <w:shd w:val="clear" w:color="auto" w:fill="D9EAF7"/>
            <w:vAlign w:val="center"/>
          </w:tcPr>
          <w:p w:rsidR="00630AF4" w:rsidRDefault="00630AF4" w:rsidP="00630AF4">
            <w:pPr>
              <w:jc w:val="center"/>
            </w:pPr>
            <w:r>
              <w:rPr>
                <w:b/>
              </w:rPr>
              <w:t xml:space="preserve">Nombre y </w:t>
            </w:r>
            <w:proofErr w:type="spellStart"/>
            <w:r>
              <w:rPr>
                <w:b/>
              </w:rPr>
              <w:t>Apellidos</w:t>
            </w:r>
            <w:proofErr w:type="spellEnd"/>
          </w:p>
        </w:tc>
        <w:tc>
          <w:tcPr>
            <w:tcW w:w="1641" w:type="dxa"/>
            <w:shd w:val="clear" w:color="auto" w:fill="D9EAF7"/>
            <w:vAlign w:val="center"/>
          </w:tcPr>
          <w:p w:rsidR="00630AF4" w:rsidRDefault="00630AF4" w:rsidP="00630AF4">
            <w:pPr>
              <w:jc w:val="center"/>
            </w:pPr>
            <w:r>
              <w:rPr>
                <w:b/>
              </w:rPr>
              <w:t>NIF/NIE</w:t>
            </w:r>
          </w:p>
        </w:tc>
        <w:tc>
          <w:tcPr>
            <w:tcW w:w="2977" w:type="dxa"/>
            <w:shd w:val="clear" w:color="auto" w:fill="D9EAF7"/>
            <w:vAlign w:val="center"/>
          </w:tcPr>
          <w:p w:rsidR="00630AF4" w:rsidRDefault="00630AF4" w:rsidP="00630AF4">
            <w:pPr>
              <w:jc w:val="center"/>
              <w:rPr>
                <w:b/>
              </w:rPr>
            </w:pPr>
            <w:r>
              <w:rPr>
                <w:b/>
              </w:rPr>
              <w:t xml:space="preserve">Entidad a la </w:t>
            </w:r>
            <w:proofErr w:type="spellStart"/>
            <w:r>
              <w:rPr>
                <w:b/>
              </w:rPr>
              <w:t>que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representa</w:t>
            </w:r>
            <w:proofErr w:type="spellEnd"/>
          </w:p>
        </w:tc>
        <w:tc>
          <w:tcPr>
            <w:tcW w:w="1985" w:type="dxa"/>
            <w:shd w:val="clear" w:color="auto" w:fill="D9EAF7"/>
            <w:vAlign w:val="center"/>
          </w:tcPr>
          <w:p w:rsidR="00630AF4" w:rsidRDefault="00630AF4" w:rsidP="00630AF4">
            <w:pPr>
              <w:jc w:val="center"/>
              <w:rPr>
                <w:b/>
              </w:rPr>
            </w:pPr>
            <w:r>
              <w:rPr>
                <w:b/>
              </w:rPr>
              <w:t>CIF</w:t>
            </w:r>
          </w:p>
        </w:tc>
      </w:tr>
      <w:tr w:rsidR="00630AF4" w:rsidTr="00630AF4">
        <w:tc>
          <w:tcPr>
            <w:tcW w:w="567" w:type="dxa"/>
          </w:tcPr>
          <w:p w:rsidR="00630AF4" w:rsidRDefault="00630AF4">
            <w:r>
              <w:t>1</w:t>
            </w:r>
          </w:p>
        </w:tc>
        <w:tc>
          <w:tcPr>
            <w:tcW w:w="2436" w:type="dxa"/>
            <w:vAlign w:val="center"/>
          </w:tcPr>
          <w:p w:rsidR="00630AF4" w:rsidRDefault="00630AF4"/>
        </w:tc>
        <w:tc>
          <w:tcPr>
            <w:tcW w:w="1641" w:type="dxa"/>
            <w:vAlign w:val="center"/>
          </w:tcPr>
          <w:p w:rsidR="00630AF4" w:rsidRDefault="00630AF4"/>
        </w:tc>
        <w:tc>
          <w:tcPr>
            <w:tcW w:w="2977" w:type="dxa"/>
          </w:tcPr>
          <w:p w:rsidR="00630AF4" w:rsidRDefault="00630AF4"/>
        </w:tc>
        <w:tc>
          <w:tcPr>
            <w:tcW w:w="1985" w:type="dxa"/>
          </w:tcPr>
          <w:p w:rsidR="00630AF4" w:rsidRDefault="00630AF4"/>
        </w:tc>
      </w:tr>
      <w:tr w:rsidR="00630AF4" w:rsidTr="00630AF4">
        <w:tc>
          <w:tcPr>
            <w:tcW w:w="567" w:type="dxa"/>
          </w:tcPr>
          <w:p w:rsidR="00630AF4" w:rsidRDefault="00630AF4">
            <w:r>
              <w:t>2</w:t>
            </w:r>
          </w:p>
        </w:tc>
        <w:tc>
          <w:tcPr>
            <w:tcW w:w="2436" w:type="dxa"/>
            <w:vAlign w:val="center"/>
          </w:tcPr>
          <w:p w:rsidR="00630AF4" w:rsidRDefault="00630AF4"/>
        </w:tc>
        <w:tc>
          <w:tcPr>
            <w:tcW w:w="1641" w:type="dxa"/>
            <w:vAlign w:val="center"/>
          </w:tcPr>
          <w:p w:rsidR="00630AF4" w:rsidRDefault="00630AF4"/>
        </w:tc>
        <w:tc>
          <w:tcPr>
            <w:tcW w:w="2977" w:type="dxa"/>
          </w:tcPr>
          <w:p w:rsidR="00630AF4" w:rsidRDefault="00630AF4"/>
        </w:tc>
        <w:tc>
          <w:tcPr>
            <w:tcW w:w="1985" w:type="dxa"/>
          </w:tcPr>
          <w:p w:rsidR="00630AF4" w:rsidRDefault="00630AF4"/>
        </w:tc>
      </w:tr>
      <w:tr w:rsidR="00630AF4" w:rsidTr="00630AF4">
        <w:tc>
          <w:tcPr>
            <w:tcW w:w="567" w:type="dxa"/>
          </w:tcPr>
          <w:p w:rsidR="00630AF4" w:rsidRDefault="00630AF4">
            <w:r>
              <w:t>3</w:t>
            </w:r>
          </w:p>
        </w:tc>
        <w:tc>
          <w:tcPr>
            <w:tcW w:w="2436" w:type="dxa"/>
            <w:vAlign w:val="center"/>
          </w:tcPr>
          <w:p w:rsidR="00630AF4" w:rsidRDefault="00630AF4"/>
        </w:tc>
        <w:tc>
          <w:tcPr>
            <w:tcW w:w="1641" w:type="dxa"/>
            <w:vAlign w:val="center"/>
          </w:tcPr>
          <w:p w:rsidR="00630AF4" w:rsidRDefault="00630AF4"/>
        </w:tc>
        <w:tc>
          <w:tcPr>
            <w:tcW w:w="2977" w:type="dxa"/>
          </w:tcPr>
          <w:p w:rsidR="00630AF4" w:rsidRDefault="00630AF4"/>
        </w:tc>
        <w:tc>
          <w:tcPr>
            <w:tcW w:w="1985" w:type="dxa"/>
          </w:tcPr>
          <w:p w:rsidR="00630AF4" w:rsidRDefault="00630AF4"/>
        </w:tc>
      </w:tr>
      <w:tr w:rsidR="00630AF4" w:rsidTr="00630AF4">
        <w:tc>
          <w:tcPr>
            <w:tcW w:w="567" w:type="dxa"/>
          </w:tcPr>
          <w:p w:rsidR="00630AF4" w:rsidRDefault="00630AF4">
            <w:r>
              <w:t>4</w:t>
            </w:r>
          </w:p>
        </w:tc>
        <w:tc>
          <w:tcPr>
            <w:tcW w:w="2436" w:type="dxa"/>
            <w:vAlign w:val="center"/>
          </w:tcPr>
          <w:p w:rsidR="00630AF4" w:rsidRDefault="00630AF4"/>
        </w:tc>
        <w:tc>
          <w:tcPr>
            <w:tcW w:w="1641" w:type="dxa"/>
            <w:vAlign w:val="center"/>
          </w:tcPr>
          <w:p w:rsidR="00630AF4" w:rsidRDefault="00630AF4"/>
        </w:tc>
        <w:tc>
          <w:tcPr>
            <w:tcW w:w="2977" w:type="dxa"/>
          </w:tcPr>
          <w:p w:rsidR="00630AF4" w:rsidRDefault="00630AF4"/>
        </w:tc>
        <w:tc>
          <w:tcPr>
            <w:tcW w:w="1985" w:type="dxa"/>
          </w:tcPr>
          <w:p w:rsidR="00630AF4" w:rsidRDefault="00630AF4"/>
        </w:tc>
      </w:tr>
      <w:tr w:rsidR="00630AF4" w:rsidTr="00630AF4">
        <w:tc>
          <w:tcPr>
            <w:tcW w:w="567" w:type="dxa"/>
          </w:tcPr>
          <w:p w:rsidR="00630AF4" w:rsidRDefault="00630AF4">
            <w:r>
              <w:t>5</w:t>
            </w:r>
          </w:p>
        </w:tc>
        <w:tc>
          <w:tcPr>
            <w:tcW w:w="2436" w:type="dxa"/>
            <w:vAlign w:val="center"/>
          </w:tcPr>
          <w:p w:rsidR="00630AF4" w:rsidRDefault="00630AF4"/>
        </w:tc>
        <w:tc>
          <w:tcPr>
            <w:tcW w:w="1641" w:type="dxa"/>
            <w:vAlign w:val="center"/>
          </w:tcPr>
          <w:p w:rsidR="00630AF4" w:rsidRDefault="00630AF4"/>
        </w:tc>
        <w:tc>
          <w:tcPr>
            <w:tcW w:w="2977" w:type="dxa"/>
          </w:tcPr>
          <w:p w:rsidR="00630AF4" w:rsidRDefault="00630AF4"/>
        </w:tc>
        <w:tc>
          <w:tcPr>
            <w:tcW w:w="1985" w:type="dxa"/>
          </w:tcPr>
          <w:p w:rsidR="00630AF4" w:rsidRDefault="00630AF4"/>
        </w:tc>
      </w:tr>
      <w:tr w:rsidR="00630AF4" w:rsidTr="00630AF4">
        <w:tc>
          <w:tcPr>
            <w:tcW w:w="567" w:type="dxa"/>
          </w:tcPr>
          <w:p w:rsidR="00630AF4" w:rsidRDefault="00630AF4">
            <w:r>
              <w:t>6</w:t>
            </w:r>
          </w:p>
        </w:tc>
        <w:tc>
          <w:tcPr>
            <w:tcW w:w="2436" w:type="dxa"/>
            <w:vAlign w:val="center"/>
          </w:tcPr>
          <w:p w:rsidR="00630AF4" w:rsidRDefault="00630AF4"/>
        </w:tc>
        <w:tc>
          <w:tcPr>
            <w:tcW w:w="1641" w:type="dxa"/>
            <w:vAlign w:val="center"/>
          </w:tcPr>
          <w:p w:rsidR="00630AF4" w:rsidRDefault="00630AF4"/>
        </w:tc>
        <w:tc>
          <w:tcPr>
            <w:tcW w:w="2977" w:type="dxa"/>
          </w:tcPr>
          <w:p w:rsidR="00630AF4" w:rsidRDefault="00630AF4"/>
        </w:tc>
        <w:tc>
          <w:tcPr>
            <w:tcW w:w="1985" w:type="dxa"/>
          </w:tcPr>
          <w:p w:rsidR="00630AF4" w:rsidRDefault="00630AF4"/>
        </w:tc>
      </w:tr>
      <w:tr w:rsidR="00630AF4" w:rsidTr="00630AF4">
        <w:tc>
          <w:tcPr>
            <w:tcW w:w="567" w:type="dxa"/>
          </w:tcPr>
          <w:p w:rsidR="00630AF4" w:rsidRDefault="00630AF4">
            <w:r>
              <w:t>7</w:t>
            </w:r>
          </w:p>
        </w:tc>
        <w:tc>
          <w:tcPr>
            <w:tcW w:w="2436" w:type="dxa"/>
            <w:vAlign w:val="center"/>
          </w:tcPr>
          <w:p w:rsidR="00630AF4" w:rsidRDefault="00630AF4"/>
        </w:tc>
        <w:tc>
          <w:tcPr>
            <w:tcW w:w="1641" w:type="dxa"/>
            <w:vAlign w:val="center"/>
          </w:tcPr>
          <w:p w:rsidR="00630AF4" w:rsidRDefault="00630AF4"/>
        </w:tc>
        <w:tc>
          <w:tcPr>
            <w:tcW w:w="2977" w:type="dxa"/>
          </w:tcPr>
          <w:p w:rsidR="00630AF4" w:rsidRDefault="00630AF4"/>
        </w:tc>
        <w:tc>
          <w:tcPr>
            <w:tcW w:w="1985" w:type="dxa"/>
          </w:tcPr>
          <w:p w:rsidR="00630AF4" w:rsidRDefault="00630AF4"/>
        </w:tc>
      </w:tr>
      <w:tr w:rsidR="00630AF4" w:rsidTr="00630AF4">
        <w:tc>
          <w:tcPr>
            <w:tcW w:w="567" w:type="dxa"/>
          </w:tcPr>
          <w:p w:rsidR="00630AF4" w:rsidRDefault="00630AF4">
            <w:r>
              <w:t>8</w:t>
            </w:r>
          </w:p>
        </w:tc>
        <w:tc>
          <w:tcPr>
            <w:tcW w:w="2436" w:type="dxa"/>
            <w:vAlign w:val="center"/>
          </w:tcPr>
          <w:p w:rsidR="00630AF4" w:rsidRDefault="00630AF4"/>
        </w:tc>
        <w:tc>
          <w:tcPr>
            <w:tcW w:w="1641" w:type="dxa"/>
            <w:vAlign w:val="center"/>
          </w:tcPr>
          <w:p w:rsidR="00630AF4" w:rsidRDefault="00630AF4"/>
        </w:tc>
        <w:tc>
          <w:tcPr>
            <w:tcW w:w="2977" w:type="dxa"/>
          </w:tcPr>
          <w:p w:rsidR="00630AF4" w:rsidRDefault="00630AF4"/>
        </w:tc>
        <w:tc>
          <w:tcPr>
            <w:tcW w:w="1985" w:type="dxa"/>
          </w:tcPr>
          <w:p w:rsidR="00630AF4" w:rsidRDefault="00630AF4"/>
        </w:tc>
      </w:tr>
    </w:tbl>
    <w:p w:rsidR="00630AF4" w:rsidRDefault="00630AF4" w:rsidP="00630AF4">
      <w:pPr>
        <w:pStyle w:val="Ttulo1"/>
      </w:pPr>
      <w:r>
        <w:t xml:space="preserve">8. </w:t>
      </w:r>
      <w:proofErr w:type="spellStart"/>
      <w:r>
        <w:t>Protección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>.</w:t>
      </w:r>
    </w:p>
    <w:p w:rsidR="00630AF4" w:rsidRDefault="00630AF4"/>
    <w:p w:rsidR="00D7661F" w:rsidRPr="00D7661F" w:rsidRDefault="00D7661F" w:rsidP="00D7661F">
      <w:pPr>
        <w:jc w:val="both"/>
        <w:rPr>
          <w:rFonts w:eastAsia="Calibri" w:cstheme="minorHAnsi"/>
          <w:szCs w:val="21"/>
        </w:rPr>
      </w:pPr>
      <w:r w:rsidRPr="00D7661F">
        <w:rPr>
          <w:szCs w:val="21"/>
        </w:rPr>
        <w:t xml:space="preserve">Les </w:t>
      </w:r>
      <w:proofErr w:type="spellStart"/>
      <w:r w:rsidRPr="00D7661F">
        <w:rPr>
          <w:szCs w:val="21"/>
        </w:rPr>
        <w:t>informamos</w:t>
      </w:r>
      <w:proofErr w:type="spellEnd"/>
      <w:r w:rsidRPr="00D7661F">
        <w:rPr>
          <w:szCs w:val="21"/>
        </w:rPr>
        <w:t xml:space="preserve"> </w:t>
      </w:r>
      <w:proofErr w:type="spellStart"/>
      <w:r w:rsidRPr="00D7661F">
        <w:rPr>
          <w:szCs w:val="21"/>
        </w:rPr>
        <w:t>sobre</w:t>
      </w:r>
      <w:proofErr w:type="spellEnd"/>
      <w:r w:rsidRPr="00D7661F">
        <w:rPr>
          <w:szCs w:val="21"/>
        </w:rPr>
        <w:t xml:space="preserve"> el </w:t>
      </w:r>
      <w:proofErr w:type="spellStart"/>
      <w:r w:rsidRPr="00D7661F">
        <w:rPr>
          <w:szCs w:val="21"/>
        </w:rPr>
        <w:t>tratamiento</w:t>
      </w:r>
      <w:proofErr w:type="spellEnd"/>
      <w:r w:rsidRPr="00D7661F">
        <w:rPr>
          <w:szCs w:val="21"/>
        </w:rPr>
        <w:t xml:space="preserve"> de sus </w:t>
      </w:r>
      <w:proofErr w:type="spellStart"/>
      <w:r w:rsidRPr="00D7661F">
        <w:rPr>
          <w:szCs w:val="21"/>
        </w:rPr>
        <w:t>datos</w:t>
      </w:r>
      <w:proofErr w:type="spellEnd"/>
      <w:r w:rsidRPr="00D7661F">
        <w:rPr>
          <w:szCs w:val="21"/>
        </w:rPr>
        <w:t xml:space="preserve"> </w:t>
      </w:r>
      <w:proofErr w:type="spellStart"/>
      <w:r w:rsidRPr="00D7661F">
        <w:rPr>
          <w:szCs w:val="21"/>
        </w:rPr>
        <w:t>personales</w:t>
      </w:r>
      <w:proofErr w:type="spellEnd"/>
      <w:r w:rsidRPr="00D7661F">
        <w:rPr>
          <w:szCs w:val="21"/>
        </w:rPr>
        <w:t xml:space="preserve">: el </w:t>
      </w:r>
      <w:proofErr w:type="spellStart"/>
      <w:r w:rsidRPr="00D7661F">
        <w:rPr>
          <w:szCs w:val="21"/>
        </w:rPr>
        <w:t>responsable</w:t>
      </w:r>
      <w:proofErr w:type="spellEnd"/>
      <w:r w:rsidRPr="00D7661F">
        <w:rPr>
          <w:szCs w:val="21"/>
        </w:rPr>
        <w:t xml:space="preserve"> es la “ASOCIACIÓN PARA EL DESARROLLO RURAL Y PESQUERO DE LANZAROTE” con CIF G35444793, </w:t>
      </w:r>
      <w:proofErr w:type="spellStart"/>
      <w:r w:rsidRPr="00D7661F">
        <w:rPr>
          <w:szCs w:val="21"/>
        </w:rPr>
        <w:t>Sede</w:t>
      </w:r>
      <w:proofErr w:type="spellEnd"/>
      <w:r w:rsidRPr="00D7661F">
        <w:rPr>
          <w:szCs w:val="21"/>
        </w:rPr>
        <w:t xml:space="preserve">: </w:t>
      </w:r>
      <w:proofErr w:type="spellStart"/>
      <w:r w:rsidRPr="00D7661F">
        <w:rPr>
          <w:szCs w:val="21"/>
        </w:rPr>
        <w:t>Carretera</w:t>
      </w:r>
      <w:proofErr w:type="spellEnd"/>
      <w:r w:rsidRPr="00D7661F">
        <w:rPr>
          <w:szCs w:val="21"/>
        </w:rPr>
        <w:t xml:space="preserve"> Tahiche – San </w:t>
      </w:r>
      <w:proofErr w:type="spellStart"/>
      <w:r w:rsidRPr="00D7661F">
        <w:rPr>
          <w:szCs w:val="21"/>
        </w:rPr>
        <w:t>Bartolomé</w:t>
      </w:r>
      <w:proofErr w:type="spellEnd"/>
      <w:r w:rsidRPr="00D7661F">
        <w:rPr>
          <w:szCs w:val="21"/>
        </w:rPr>
        <w:t xml:space="preserve">, Km 1, 35.500 </w:t>
      </w:r>
      <w:proofErr w:type="spellStart"/>
      <w:r w:rsidRPr="00D7661F">
        <w:rPr>
          <w:szCs w:val="21"/>
        </w:rPr>
        <w:t>Arrecife</w:t>
      </w:r>
      <w:proofErr w:type="spellEnd"/>
      <w:r w:rsidRPr="00D7661F">
        <w:rPr>
          <w:szCs w:val="21"/>
        </w:rPr>
        <w:t xml:space="preserve">, Lanzarote, </w:t>
      </w:r>
      <w:proofErr w:type="gramStart"/>
      <w:r w:rsidRPr="00D7661F">
        <w:rPr>
          <w:szCs w:val="21"/>
        </w:rPr>
        <w:t>Islas</w:t>
      </w:r>
      <w:proofErr w:type="gramEnd"/>
      <w:r w:rsidRPr="00D7661F">
        <w:rPr>
          <w:szCs w:val="21"/>
        </w:rPr>
        <w:t xml:space="preserve"> Canarias. </w:t>
      </w:r>
      <w:proofErr w:type="spellStart"/>
      <w:r w:rsidRPr="00D7661F">
        <w:rPr>
          <w:szCs w:val="21"/>
        </w:rPr>
        <w:t>Correo</w:t>
      </w:r>
      <w:proofErr w:type="spellEnd"/>
      <w:r w:rsidRPr="00D7661F">
        <w:rPr>
          <w:szCs w:val="21"/>
        </w:rPr>
        <w:t xml:space="preserve"> </w:t>
      </w:r>
      <w:proofErr w:type="spellStart"/>
      <w:r w:rsidRPr="00D7661F">
        <w:rPr>
          <w:szCs w:val="21"/>
        </w:rPr>
        <w:t>Electrónico</w:t>
      </w:r>
      <w:proofErr w:type="spellEnd"/>
      <w:r w:rsidRPr="00D7661F">
        <w:rPr>
          <w:szCs w:val="21"/>
        </w:rPr>
        <w:t xml:space="preserve">: </w:t>
      </w:r>
      <w:hyperlink r:id="rId9" w:history="1">
        <w:r w:rsidRPr="00D7661F">
          <w:rPr>
            <w:rStyle w:val="Hipervnculo"/>
            <w:szCs w:val="21"/>
          </w:rPr>
          <w:t>infoaderlan@gmail.com</w:t>
        </w:r>
      </w:hyperlink>
      <w:r w:rsidRPr="00D7661F">
        <w:rPr>
          <w:szCs w:val="21"/>
        </w:rPr>
        <w:t xml:space="preserve">, </w:t>
      </w:r>
      <w:proofErr w:type="spellStart"/>
      <w:r w:rsidRPr="00D7661F">
        <w:rPr>
          <w:szCs w:val="21"/>
        </w:rPr>
        <w:t>Teléfono</w:t>
      </w:r>
      <w:proofErr w:type="spellEnd"/>
      <w:r w:rsidRPr="00D7661F">
        <w:rPr>
          <w:szCs w:val="21"/>
        </w:rPr>
        <w:t xml:space="preserve">: +34 928 598 500 Ext 3614 o 3615. </w:t>
      </w:r>
      <w:proofErr w:type="spellStart"/>
      <w:r w:rsidRPr="00D7661F">
        <w:rPr>
          <w:szCs w:val="21"/>
        </w:rPr>
        <w:t>Finalidad</w:t>
      </w:r>
      <w:proofErr w:type="spellEnd"/>
      <w:r w:rsidRPr="00D7661F">
        <w:rPr>
          <w:szCs w:val="21"/>
        </w:rPr>
        <w:t xml:space="preserve">: </w:t>
      </w:r>
      <w:proofErr w:type="spellStart"/>
      <w:r w:rsidRPr="00D7661F">
        <w:rPr>
          <w:rFonts w:eastAsia="Calibri" w:cstheme="minorHAnsi"/>
          <w:szCs w:val="21"/>
        </w:rPr>
        <w:t>realizar</w:t>
      </w:r>
      <w:proofErr w:type="spellEnd"/>
      <w:r w:rsidRPr="00D7661F">
        <w:rPr>
          <w:rFonts w:eastAsia="Calibri" w:cstheme="minorHAnsi"/>
          <w:szCs w:val="21"/>
        </w:rPr>
        <w:t xml:space="preserve"> la gestión integral </w:t>
      </w:r>
      <w:proofErr w:type="spellStart"/>
      <w:r w:rsidRPr="00D7661F">
        <w:rPr>
          <w:rFonts w:eastAsia="Calibri" w:cstheme="minorHAnsi"/>
          <w:szCs w:val="21"/>
        </w:rPr>
        <w:t>administrativa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gramStart"/>
      <w:r w:rsidRPr="00D7661F">
        <w:rPr>
          <w:rFonts w:eastAsia="Calibri" w:cstheme="minorHAnsi"/>
          <w:szCs w:val="21"/>
        </w:rPr>
        <w:t>del</w:t>
      </w:r>
      <w:proofErr w:type="gramEnd"/>
      <w:r w:rsidRPr="00D7661F">
        <w:rPr>
          <w:rFonts w:eastAsia="Calibri" w:cstheme="minorHAnsi"/>
          <w:szCs w:val="21"/>
        </w:rPr>
        <w:t xml:space="preserve"> proyecto. </w:t>
      </w:r>
      <w:proofErr w:type="spellStart"/>
      <w:r w:rsidRPr="00D7661F">
        <w:rPr>
          <w:rFonts w:eastAsia="Calibri" w:cstheme="minorHAnsi"/>
          <w:szCs w:val="21"/>
        </w:rPr>
        <w:t>Legitimación</w:t>
      </w:r>
      <w:proofErr w:type="spellEnd"/>
      <w:r w:rsidRPr="00D7661F">
        <w:rPr>
          <w:rFonts w:eastAsia="Calibri" w:cstheme="minorHAnsi"/>
          <w:szCs w:val="21"/>
        </w:rPr>
        <w:t>: art. 6.1</w:t>
      </w:r>
      <w:proofErr w:type="gramStart"/>
      <w:r w:rsidRPr="00D7661F">
        <w:rPr>
          <w:rFonts w:eastAsia="Calibri" w:cstheme="minorHAnsi"/>
          <w:szCs w:val="21"/>
        </w:rPr>
        <w:t>.e</w:t>
      </w:r>
      <w:proofErr w:type="gramEnd"/>
      <w:r w:rsidRPr="00D7661F">
        <w:rPr>
          <w:rFonts w:eastAsia="Calibri" w:cstheme="minorHAnsi"/>
          <w:szCs w:val="21"/>
        </w:rPr>
        <w:t xml:space="preserve"> del RGPD, </w:t>
      </w:r>
      <w:proofErr w:type="spellStart"/>
      <w:r w:rsidRPr="00D7661F">
        <w:rPr>
          <w:rFonts w:eastAsia="Calibri" w:cstheme="minorHAnsi"/>
          <w:szCs w:val="21"/>
        </w:rPr>
        <w:t>tratamiento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necesario</w:t>
      </w:r>
      <w:proofErr w:type="spellEnd"/>
      <w:r w:rsidRPr="00D7661F">
        <w:rPr>
          <w:rFonts w:eastAsia="Calibri" w:cstheme="minorHAnsi"/>
          <w:szCs w:val="21"/>
        </w:rPr>
        <w:t xml:space="preserve"> para el </w:t>
      </w:r>
      <w:proofErr w:type="spellStart"/>
      <w:r w:rsidRPr="00D7661F">
        <w:rPr>
          <w:rFonts w:eastAsia="Calibri" w:cstheme="minorHAnsi"/>
          <w:szCs w:val="21"/>
        </w:rPr>
        <w:t>cumplimiento</w:t>
      </w:r>
      <w:proofErr w:type="spellEnd"/>
      <w:r w:rsidRPr="00D7661F">
        <w:rPr>
          <w:rFonts w:eastAsia="Calibri" w:cstheme="minorHAnsi"/>
          <w:szCs w:val="21"/>
        </w:rPr>
        <w:t xml:space="preserve"> de una </w:t>
      </w:r>
      <w:proofErr w:type="spellStart"/>
      <w:r w:rsidRPr="00D7661F">
        <w:rPr>
          <w:rFonts w:eastAsia="Calibri" w:cstheme="minorHAnsi"/>
          <w:szCs w:val="21"/>
        </w:rPr>
        <w:t>misión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realizada</w:t>
      </w:r>
      <w:proofErr w:type="spellEnd"/>
      <w:r w:rsidRPr="00D7661F">
        <w:rPr>
          <w:rFonts w:eastAsia="Calibri" w:cstheme="minorHAnsi"/>
          <w:szCs w:val="21"/>
        </w:rPr>
        <w:t xml:space="preserve"> en </w:t>
      </w:r>
      <w:proofErr w:type="spellStart"/>
      <w:r w:rsidRPr="00D7661F">
        <w:rPr>
          <w:rFonts w:eastAsia="Calibri" w:cstheme="minorHAnsi"/>
          <w:szCs w:val="21"/>
        </w:rPr>
        <w:t>interés</w:t>
      </w:r>
      <w:proofErr w:type="spellEnd"/>
      <w:r w:rsidRPr="00D7661F">
        <w:rPr>
          <w:rFonts w:eastAsia="Calibri" w:cstheme="minorHAnsi"/>
          <w:szCs w:val="21"/>
        </w:rPr>
        <w:t xml:space="preserve"> público, en el </w:t>
      </w:r>
      <w:proofErr w:type="spellStart"/>
      <w:r w:rsidRPr="00D7661F">
        <w:rPr>
          <w:rFonts w:eastAsia="Calibri" w:cstheme="minorHAnsi"/>
          <w:szCs w:val="21"/>
        </w:rPr>
        <w:t>marco</w:t>
      </w:r>
      <w:proofErr w:type="spellEnd"/>
      <w:r w:rsidRPr="00D7661F">
        <w:rPr>
          <w:rFonts w:eastAsia="Calibri" w:cstheme="minorHAnsi"/>
          <w:szCs w:val="21"/>
        </w:rPr>
        <w:t xml:space="preserve"> de </w:t>
      </w:r>
      <w:proofErr w:type="spellStart"/>
      <w:r w:rsidRPr="00D7661F">
        <w:rPr>
          <w:rFonts w:eastAsia="Calibri" w:cstheme="minorHAnsi"/>
          <w:szCs w:val="21"/>
        </w:rPr>
        <w:t>programas</w:t>
      </w:r>
      <w:proofErr w:type="spellEnd"/>
      <w:r w:rsidRPr="00D7661F">
        <w:rPr>
          <w:rFonts w:eastAsia="Calibri" w:cstheme="minorHAnsi"/>
          <w:szCs w:val="21"/>
        </w:rPr>
        <w:t xml:space="preserve"> de </w:t>
      </w:r>
      <w:proofErr w:type="spellStart"/>
      <w:r w:rsidRPr="00D7661F">
        <w:rPr>
          <w:rFonts w:eastAsia="Calibri" w:cstheme="minorHAnsi"/>
          <w:szCs w:val="21"/>
        </w:rPr>
        <w:t>desarrollo</w:t>
      </w:r>
      <w:proofErr w:type="spellEnd"/>
      <w:r w:rsidRPr="00D7661F">
        <w:rPr>
          <w:rFonts w:eastAsia="Calibri" w:cstheme="minorHAnsi"/>
          <w:szCs w:val="21"/>
        </w:rPr>
        <w:t xml:space="preserve"> rural. </w:t>
      </w:r>
      <w:proofErr w:type="spellStart"/>
      <w:r w:rsidRPr="00D7661F">
        <w:rPr>
          <w:rFonts w:eastAsia="Calibri" w:cstheme="minorHAnsi"/>
          <w:szCs w:val="21"/>
        </w:rPr>
        <w:t>Plazo</w:t>
      </w:r>
      <w:proofErr w:type="spellEnd"/>
      <w:r w:rsidRPr="00D7661F">
        <w:rPr>
          <w:rFonts w:eastAsia="Calibri" w:cstheme="minorHAnsi"/>
          <w:szCs w:val="21"/>
        </w:rPr>
        <w:t xml:space="preserve"> de </w:t>
      </w:r>
      <w:proofErr w:type="spellStart"/>
      <w:r w:rsidRPr="00D7661F">
        <w:rPr>
          <w:rFonts w:eastAsia="Calibri" w:cstheme="minorHAnsi"/>
          <w:szCs w:val="21"/>
        </w:rPr>
        <w:t>Conservación</w:t>
      </w:r>
      <w:proofErr w:type="spellEnd"/>
      <w:r w:rsidRPr="00D7661F">
        <w:rPr>
          <w:rFonts w:eastAsia="Calibri" w:cstheme="minorHAnsi"/>
          <w:szCs w:val="21"/>
        </w:rPr>
        <w:t xml:space="preserve">: los </w:t>
      </w:r>
      <w:proofErr w:type="spellStart"/>
      <w:r w:rsidRPr="00D7661F">
        <w:rPr>
          <w:rFonts w:eastAsia="Calibri" w:cstheme="minorHAnsi"/>
          <w:szCs w:val="21"/>
        </w:rPr>
        <w:t>datos</w:t>
      </w:r>
      <w:proofErr w:type="spellEnd"/>
      <w:r w:rsidRPr="00D7661F">
        <w:rPr>
          <w:rFonts w:eastAsia="Calibri" w:cstheme="minorHAnsi"/>
          <w:szCs w:val="21"/>
        </w:rPr>
        <w:t xml:space="preserve"> se </w:t>
      </w:r>
      <w:proofErr w:type="spellStart"/>
      <w:r w:rsidRPr="00D7661F">
        <w:rPr>
          <w:rFonts w:eastAsia="Calibri" w:cstheme="minorHAnsi"/>
          <w:szCs w:val="21"/>
        </w:rPr>
        <w:t>conservarán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proofErr w:type="gramStart"/>
      <w:r w:rsidRPr="00D7661F">
        <w:rPr>
          <w:rFonts w:eastAsia="Calibri" w:cstheme="minorHAnsi"/>
          <w:szCs w:val="21"/>
        </w:rPr>
        <w:t>durante</w:t>
      </w:r>
      <w:proofErr w:type="spellEnd"/>
      <w:proofErr w:type="gramEnd"/>
      <w:r w:rsidRPr="00D7661F">
        <w:rPr>
          <w:rFonts w:eastAsia="Calibri" w:cstheme="minorHAnsi"/>
          <w:szCs w:val="21"/>
        </w:rPr>
        <w:t xml:space="preserve"> el </w:t>
      </w:r>
      <w:proofErr w:type="spellStart"/>
      <w:r w:rsidRPr="00D7661F">
        <w:rPr>
          <w:rFonts w:eastAsia="Calibri" w:cstheme="minorHAnsi"/>
          <w:szCs w:val="21"/>
        </w:rPr>
        <w:t>tiempo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necesario</w:t>
      </w:r>
      <w:proofErr w:type="spellEnd"/>
      <w:r w:rsidRPr="00D7661F">
        <w:rPr>
          <w:rFonts w:eastAsia="Calibri" w:cstheme="minorHAnsi"/>
          <w:szCs w:val="21"/>
        </w:rPr>
        <w:t xml:space="preserve"> para la gestión del proyecto y, </w:t>
      </w:r>
      <w:proofErr w:type="spellStart"/>
      <w:r w:rsidRPr="00D7661F">
        <w:rPr>
          <w:rFonts w:eastAsia="Calibri" w:cstheme="minorHAnsi"/>
          <w:szCs w:val="21"/>
        </w:rPr>
        <w:t>posteriormente</w:t>
      </w:r>
      <w:proofErr w:type="spellEnd"/>
      <w:r w:rsidRPr="00D7661F">
        <w:rPr>
          <w:rFonts w:eastAsia="Calibri" w:cstheme="minorHAnsi"/>
          <w:szCs w:val="21"/>
        </w:rPr>
        <w:t xml:space="preserve">, </w:t>
      </w:r>
      <w:proofErr w:type="spellStart"/>
      <w:r w:rsidRPr="00D7661F">
        <w:rPr>
          <w:rFonts w:eastAsia="Calibri" w:cstheme="minorHAnsi"/>
          <w:szCs w:val="21"/>
        </w:rPr>
        <w:t>durante</w:t>
      </w:r>
      <w:proofErr w:type="spellEnd"/>
      <w:r w:rsidRPr="00D7661F">
        <w:rPr>
          <w:rFonts w:eastAsia="Calibri" w:cstheme="minorHAnsi"/>
          <w:szCs w:val="21"/>
        </w:rPr>
        <w:t xml:space="preserve"> los </w:t>
      </w:r>
      <w:proofErr w:type="spellStart"/>
      <w:r w:rsidRPr="00D7661F">
        <w:rPr>
          <w:rFonts w:eastAsia="Calibri" w:cstheme="minorHAnsi"/>
          <w:szCs w:val="21"/>
        </w:rPr>
        <w:t>plazos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legalmente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exigidos</w:t>
      </w:r>
      <w:proofErr w:type="spellEnd"/>
      <w:r w:rsidRPr="00D7661F">
        <w:rPr>
          <w:rFonts w:eastAsia="Calibri" w:cstheme="minorHAnsi"/>
          <w:szCs w:val="21"/>
        </w:rPr>
        <w:t xml:space="preserve"> en </w:t>
      </w:r>
      <w:proofErr w:type="spellStart"/>
      <w:r w:rsidRPr="00D7661F">
        <w:rPr>
          <w:rFonts w:eastAsia="Calibri" w:cstheme="minorHAnsi"/>
          <w:szCs w:val="21"/>
        </w:rPr>
        <w:t>materia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administrativa</w:t>
      </w:r>
      <w:proofErr w:type="spellEnd"/>
      <w:r w:rsidRPr="00D7661F">
        <w:rPr>
          <w:rFonts w:eastAsia="Calibri" w:cstheme="minorHAnsi"/>
          <w:szCs w:val="21"/>
        </w:rPr>
        <w:t xml:space="preserve"> y de subvenciones. </w:t>
      </w:r>
      <w:proofErr w:type="spellStart"/>
      <w:r w:rsidRPr="00D7661F">
        <w:rPr>
          <w:rFonts w:eastAsia="Calibri" w:cstheme="minorHAnsi"/>
          <w:szCs w:val="21"/>
        </w:rPr>
        <w:t>Destinatarios</w:t>
      </w:r>
      <w:proofErr w:type="spellEnd"/>
      <w:r w:rsidRPr="00D7661F">
        <w:rPr>
          <w:rFonts w:eastAsia="Calibri" w:cstheme="minorHAnsi"/>
          <w:szCs w:val="21"/>
        </w:rPr>
        <w:t xml:space="preserve">: no se </w:t>
      </w:r>
      <w:proofErr w:type="spellStart"/>
      <w:r w:rsidRPr="00D7661F">
        <w:rPr>
          <w:rFonts w:eastAsia="Calibri" w:cstheme="minorHAnsi"/>
          <w:szCs w:val="21"/>
        </w:rPr>
        <w:t>comunicarán</w:t>
      </w:r>
      <w:proofErr w:type="spellEnd"/>
      <w:r w:rsidRPr="00D7661F">
        <w:rPr>
          <w:rFonts w:eastAsia="Calibri" w:cstheme="minorHAnsi"/>
          <w:szCs w:val="21"/>
        </w:rPr>
        <w:t xml:space="preserve"> los </w:t>
      </w:r>
      <w:proofErr w:type="spellStart"/>
      <w:r w:rsidRPr="00D7661F">
        <w:rPr>
          <w:rFonts w:eastAsia="Calibri" w:cstheme="minorHAnsi"/>
          <w:szCs w:val="21"/>
        </w:rPr>
        <w:t>datos</w:t>
      </w:r>
      <w:proofErr w:type="spellEnd"/>
      <w:r w:rsidRPr="00D7661F">
        <w:rPr>
          <w:rFonts w:eastAsia="Calibri" w:cstheme="minorHAnsi"/>
          <w:szCs w:val="21"/>
        </w:rPr>
        <w:t xml:space="preserve"> a </w:t>
      </w:r>
      <w:proofErr w:type="spellStart"/>
      <w:r w:rsidRPr="00D7661F">
        <w:rPr>
          <w:rFonts w:eastAsia="Calibri" w:cstheme="minorHAnsi"/>
          <w:szCs w:val="21"/>
        </w:rPr>
        <w:t>terceros</w:t>
      </w:r>
      <w:proofErr w:type="spellEnd"/>
      <w:r w:rsidRPr="00D7661F">
        <w:rPr>
          <w:rFonts w:eastAsia="Calibri" w:cstheme="minorHAnsi"/>
          <w:szCs w:val="21"/>
        </w:rPr>
        <w:t xml:space="preserve">, salvo </w:t>
      </w:r>
      <w:proofErr w:type="spellStart"/>
      <w:r w:rsidRPr="00D7661F">
        <w:rPr>
          <w:rFonts w:eastAsia="Calibri" w:cstheme="minorHAnsi"/>
          <w:szCs w:val="21"/>
        </w:rPr>
        <w:t>obligación</w:t>
      </w:r>
      <w:proofErr w:type="spellEnd"/>
      <w:r w:rsidRPr="00D7661F">
        <w:rPr>
          <w:rFonts w:eastAsia="Calibri" w:cstheme="minorHAnsi"/>
          <w:szCs w:val="21"/>
        </w:rPr>
        <w:t xml:space="preserve"> legal. No </w:t>
      </w:r>
      <w:proofErr w:type="spellStart"/>
      <w:r w:rsidRPr="00D7661F">
        <w:rPr>
          <w:rFonts w:eastAsia="Calibri" w:cstheme="minorHAnsi"/>
          <w:szCs w:val="21"/>
        </w:rPr>
        <w:t>existe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transferencia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internacional</w:t>
      </w:r>
      <w:proofErr w:type="spellEnd"/>
      <w:r w:rsidRPr="00D7661F">
        <w:rPr>
          <w:rFonts w:eastAsia="Calibri" w:cstheme="minorHAnsi"/>
          <w:szCs w:val="21"/>
        </w:rPr>
        <w:t xml:space="preserve"> de </w:t>
      </w:r>
      <w:proofErr w:type="spellStart"/>
      <w:r w:rsidRPr="00D7661F">
        <w:rPr>
          <w:rFonts w:eastAsia="Calibri" w:cstheme="minorHAnsi"/>
          <w:szCs w:val="21"/>
        </w:rPr>
        <w:t>datos</w:t>
      </w:r>
      <w:proofErr w:type="spellEnd"/>
      <w:r w:rsidRPr="00D7661F">
        <w:rPr>
          <w:rFonts w:eastAsia="Calibri" w:cstheme="minorHAnsi"/>
          <w:szCs w:val="21"/>
        </w:rPr>
        <w:t xml:space="preserve">. </w:t>
      </w:r>
      <w:proofErr w:type="spellStart"/>
      <w:r w:rsidRPr="00D7661F">
        <w:rPr>
          <w:rFonts w:eastAsia="Calibri" w:cstheme="minorHAnsi"/>
          <w:szCs w:val="21"/>
        </w:rPr>
        <w:t>Derechos</w:t>
      </w:r>
      <w:proofErr w:type="spellEnd"/>
      <w:r w:rsidRPr="00D7661F">
        <w:rPr>
          <w:rFonts w:eastAsia="Calibri" w:cstheme="minorHAnsi"/>
          <w:szCs w:val="21"/>
        </w:rPr>
        <w:t xml:space="preserve"> de los </w:t>
      </w:r>
      <w:proofErr w:type="spellStart"/>
      <w:r w:rsidRPr="00D7661F">
        <w:rPr>
          <w:rFonts w:eastAsia="Calibri" w:cstheme="minorHAnsi"/>
          <w:szCs w:val="21"/>
        </w:rPr>
        <w:t>interesados</w:t>
      </w:r>
      <w:proofErr w:type="spellEnd"/>
      <w:r w:rsidRPr="00D7661F">
        <w:rPr>
          <w:rFonts w:eastAsia="Calibri" w:cstheme="minorHAnsi"/>
          <w:szCs w:val="21"/>
        </w:rPr>
        <w:t xml:space="preserve">: </w:t>
      </w:r>
      <w:proofErr w:type="spellStart"/>
      <w:r w:rsidRPr="00D7661F">
        <w:rPr>
          <w:rFonts w:eastAsia="Calibri" w:cstheme="minorHAnsi"/>
          <w:szCs w:val="21"/>
        </w:rPr>
        <w:t>usted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tiene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derecho</w:t>
      </w:r>
      <w:proofErr w:type="spellEnd"/>
      <w:r w:rsidRPr="00D7661F">
        <w:rPr>
          <w:rFonts w:eastAsia="Calibri" w:cstheme="minorHAnsi"/>
          <w:szCs w:val="21"/>
        </w:rPr>
        <w:t xml:space="preserve"> a </w:t>
      </w:r>
      <w:proofErr w:type="spellStart"/>
      <w:r w:rsidRPr="00D7661F">
        <w:rPr>
          <w:rFonts w:eastAsia="Calibri" w:cstheme="minorHAnsi"/>
          <w:szCs w:val="21"/>
        </w:rPr>
        <w:t>obtener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confirmación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sobre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si</w:t>
      </w:r>
      <w:proofErr w:type="spellEnd"/>
      <w:r w:rsidRPr="00D7661F">
        <w:rPr>
          <w:rFonts w:eastAsia="Calibri" w:cstheme="minorHAnsi"/>
          <w:szCs w:val="21"/>
        </w:rPr>
        <w:t xml:space="preserve"> en “ASOCIACION PARA EL DESARROLLO RURAL Y PESQUERO DE LANZAROTE”, </w:t>
      </w:r>
      <w:proofErr w:type="spellStart"/>
      <w:r w:rsidRPr="00D7661F">
        <w:rPr>
          <w:rFonts w:eastAsia="Calibri" w:cstheme="minorHAnsi"/>
          <w:szCs w:val="21"/>
        </w:rPr>
        <w:t>estamos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tratando</w:t>
      </w:r>
      <w:proofErr w:type="spellEnd"/>
      <w:r w:rsidRPr="00D7661F">
        <w:rPr>
          <w:rFonts w:eastAsia="Calibri" w:cstheme="minorHAnsi"/>
          <w:szCs w:val="21"/>
        </w:rPr>
        <w:t xml:space="preserve"> sus </w:t>
      </w:r>
      <w:proofErr w:type="spellStart"/>
      <w:r w:rsidRPr="00D7661F">
        <w:rPr>
          <w:rFonts w:eastAsia="Calibri" w:cstheme="minorHAnsi"/>
          <w:szCs w:val="21"/>
        </w:rPr>
        <w:t>datos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personales</w:t>
      </w:r>
      <w:proofErr w:type="spellEnd"/>
      <w:r w:rsidRPr="00D7661F">
        <w:rPr>
          <w:rFonts w:eastAsia="Calibri" w:cstheme="minorHAnsi"/>
          <w:szCs w:val="21"/>
        </w:rPr>
        <w:t xml:space="preserve">; </w:t>
      </w:r>
      <w:proofErr w:type="spellStart"/>
      <w:r w:rsidRPr="00D7661F">
        <w:rPr>
          <w:rFonts w:eastAsia="Calibri" w:cstheme="minorHAnsi"/>
          <w:szCs w:val="21"/>
        </w:rPr>
        <w:t>por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tanto</w:t>
      </w:r>
      <w:proofErr w:type="spellEnd"/>
      <w:r w:rsidRPr="00D7661F">
        <w:rPr>
          <w:rFonts w:eastAsia="Calibri" w:cstheme="minorHAnsi"/>
          <w:szCs w:val="21"/>
        </w:rPr>
        <w:t xml:space="preserve">, </w:t>
      </w:r>
      <w:proofErr w:type="spellStart"/>
      <w:r w:rsidRPr="00D7661F">
        <w:rPr>
          <w:rFonts w:eastAsia="Calibri" w:cstheme="minorHAnsi"/>
          <w:szCs w:val="21"/>
        </w:rPr>
        <w:t>tiene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derecho</w:t>
      </w:r>
      <w:proofErr w:type="spellEnd"/>
      <w:r w:rsidRPr="00D7661F">
        <w:rPr>
          <w:rFonts w:eastAsia="Calibri" w:cstheme="minorHAnsi"/>
          <w:szCs w:val="21"/>
        </w:rPr>
        <w:t xml:space="preserve"> a </w:t>
      </w:r>
      <w:proofErr w:type="spellStart"/>
      <w:r w:rsidRPr="00D7661F">
        <w:rPr>
          <w:rFonts w:eastAsia="Calibri" w:cstheme="minorHAnsi"/>
          <w:szCs w:val="21"/>
        </w:rPr>
        <w:t>acceder</w:t>
      </w:r>
      <w:proofErr w:type="spellEnd"/>
      <w:r w:rsidRPr="00D7661F">
        <w:rPr>
          <w:rFonts w:eastAsia="Calibri" w:cstheme="minorHAnsi"/>
          <w:szCs w:val="21"/>
        </w:rPr>
        <w:t xml:space="preserve"> a sus </w:t>
      </w:r>
      <w:proofErr w:type="spellStart"/>
      <w:r w:rsidRPr="00D7661F">
        <w:rPr>
          <w:rFonts w:eastAsia="Calibri" w:cstheme="minorHAnsi"/>
          <w:szCs w:val="21"/>
        </w:rPr>
        <w:t>datos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personales</w:t>
      </w:r>
      <w:proofErr w:type="spellEnd"/>
      <w:r w:rsidRPr="00D7661F">
        <w:rPr>
          <w:rFonts w:eastAsia="Calibri" w:cstheme="minorHAnsi"/>
          <w:szCs w:val="21"/>
        </w:rPr>
        <w:t xml:space="preserve">, </w:t>
      </w:r>
      <w:proofErr w:type="spellStart"/>
      <w:r w:rsidRPr="00D7661F">
        <w:rPr>
          <w:rFonts w:eastAsia="Calibri" w:cstheme="minorHAnsi"/>
          <w:szCs w:val="21"/>
        </w:rPr>
        <w:t>rectificar</w:t>
      </w:r>
      <w:proofErr w:type="spellEnd"/>
      <w:r w:rsidRPr="00D7661F">
        <w:rPr>
          <w:rFonts w:eastAsia="Calibri" w:cstheme="minorHAnsi"/>
          <w:szCs w:val="21"/>
        </w:rPr>
        <w:t xml:space="preserve"> los </w:t>
      </w:r>
      <w:proofErr w:type="spellStart"/>
      <w:r w:rsidRPr="00D7661F">
        <w:rPr>
          <w:rFonts w:eastAsia="Calibri" w:cstheme="minorHAnsi"/>
          <w:szCs w:val="21"/>
        </w:rPr>
        <w:t>datos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inexactos</w:t>
      </w:r>
      <w:proofErr w:type="spellEnd"/>
      <w:r w:rsidRPr="00D7661F">
        <w:rPr>
          <w:rFonts w:eastAsia="Calibri" w:cstheme="minorHAnsi"/>
          <w:szCs w:val="21"/>
        </w:rPr>
        <w:t xml:space="preserve"> o </w:t>
      </w:r>
      <w:proofErr w:type="spellStart"/>
      <w:r w:rsidRPr="00D7661F">
        <w:rPr>
          <w:rFonts w:eastAsia="Calibri" w:cstheme="minorHAnsi"/>
          <w:szCs w:val="21"/>
        </w:rPr>
        <w:t>solicitar</w:t>
      </w:r>
      <w:proofErr w:type="spellEnd"/>
      <w:r w:rsidRPr="00D7661F">
        <w:rPr>
          <w:rFonts w:eastAsia="Calibri" w:cstheme="minorHAnsi"/>
          <w:szCs w:val="21"/>
        </w:rPr>
        <w:t xml:space="preserve"> su </w:t>
      </w:r>
      <w:proofErr w:type="spellStart"/>
      <w:r w:rsidRPr="00D7661F">
        <w:rPr>
          <w:rFonts w:eastAsia="Calibri" w:cstheme="minorHAnsi"/>
          <w:szCs w:val="21"/>
        </w:rPr>
        <w:t>supresión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cuando</w:t>
      </w:r>
      <w:proofErr w:type="spellEnd"/>
      <w:r w:rsidRPr="00D7661F">
        <w:rPr>
          <w:rFonts w:eastAsia="Calibri" w:cstheme="minorHAnsi"/>
          <w:szCs w:val="21"/>
        </w:rPr>
        <w:t xml:space="preserve"> los </w:t>
      </w:r>
      <w:proofErr w:type="spellStart"/>
      <w:r w:rsidRPr="00D7661F">
        <w:rPr>
          <w:rFonts w:eastAsia="Calibri" w:cstheme="minorHAnsi"/>
          <w:szCs w:val="21"/>
        </w:rPr>
        <w:t>datos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ya</w:t>
      </w:r>
      <w:proofErr w:type="spellEnd"/>
      <w:r w:rsidRPr="00D7661F">
        <w:rPr>
          <w:rFonts w:eastAsia="Calibri" w:cstheme="minorHAnsi"/>
          <w:szCs w:val="21"/>
        </w:rPr>
        <w:t xml:space="preserve"> no </w:t>
      </w:r>
      <w:proofErr w:type="spellStart"/>
      <w:r w:rsidRPr="00D7661F">
        <w:rPr>
          <w:rFonts w:eastAsia="Calibri" w:cstheme="minorHAnsi"/>
          <w:szCs w:val="21"/>
        </w:rPr>
        <w:t>sean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necesarios</w:t>
      </w:r>
      <w:proofErr w:type="spellEnd"/>
      <w:r w:rsidRPr="00D7661F">
        <w:rPr>
          <w:rFonts w:eastAsia="Calibri" w:cstheme="minorHAnsi"/>
          <w:szCs w:val="21"/>
        </w:rPr>
        <w:t xml:space="preserve"> o </w:t>
      </w:r>
      <w:proofErr w:type="spellStart"/>
      <w:r w:rsidRPr="00D7661F">
        <w:rPr>
          <w:rFonts w:eastAsia="Calibri" w:cstheme="minorHAnsi"/>
          <w:szCs w:val="21"/>
        </w:rPr>
        <w:t>legalmente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proceda</w:t>
      </w:r>
      <w:proofErr w:type="spellEnd"/>
      <w:r w:rsidRPr="00D7661F">
        <w:rPr>
          <w:rFonts w:eastAsia="Calibri" w:cstheme="minorHAnsi"/>
          <w:szCs w:val="21"/>
        </w:rPr>
        <w:t xml:space="preserve">, </w:t>
      </w:r>
      <w:proofErr w:type="spellStart"/>
      <w:r w:rsidRPr="00D7661F">
        <w:rPr>
          <w:rFonts w:eastAsia="Calibri" w:cstheme="minorHAnsi"/>
          <w:szCs w:val="21"/>
        </w:rPr>
        <w:t>así</w:t>
      </w:r>
      <w:proofErr w:type="spellEnd"/>
      <w:r w:rsidRPr="00D7661F">
        <w:rPr>
          <w:rFonts w:eastAsia="Calibri" w:cstheme="minorHAnsi"/>
          <w:szCs w:val="21"/>
        </w:rPr>
        <w:t xml:space="preserve"> como la </w:t>
      </w:r>
      <w:proofErr w:type="spellStart"/>
      <w:r w:rsidRPr="00D7661F">
        <w:rPr>
          <w:rFonts w:eastAsia="Calibri" w:cstheme="minorHAnsi"/>
          <w:szCs w:val="21"/>
        </w:rPr>
        <w:t>portabilidad</w:t>
      </w:r>
      <w:proofErr w:type="spellEnd"/>
      <w:r w:rsidRPr="00D7661F">
        <w:rPr>
          <w:rFonts w:eastAsia="Calibri" w:cstheme="minorHAnsi"/>
          <w:szCs w:val="21"/>
        </w:rPr>
        <w:t xml:space="preserve"> de los </w:t>
      </w:r>
      <w:proofErr w:type="spellStart"/>
      <w:r w:rsidRPr="00D7661F">
        <w:rPr>
          <w:rFonts w:eastAsia="Calibri" w:cstheme="minorHAnsi"/>
          <w:szCs w:val="21"/>
        </w:rPr>
        <w:t>mismos</w:t>
      </w:r>
      <w:proofErr w:type="spellEnd"/>
      <w:r w:rsidRPr="00D7661F">
        <w:rPr>
          <w:rFonts w:eastAsia="Calibri" w:cstheme="minorHAnsi"/>
          <w:szCs w:val="21"/>
        </w:rPr>
        <w:t xml:space="preserve">, </w:t>
      </w:r>
      <w:proofErr w:type="spellStart"/>
      <w:r w:rsidRPr="00D7661F">
        <w:rPr>
          <w:rFonts w:eastAsia="Calibri" w:cstheme="minorHAnsi"/>
          <w:szCs w:val="21"/>
        </w:rPr>
        <w:t>oposición</w:t>
      </w:r>
      <w:proofErr w:type="spellEnd"/>
      <w:r w:rsidRPr="00D7661F">
        <w:rPr>
          <w:rFonts w:eastAsia="Calibri" w:cstheme="minorHAnsi"/>
          <w:szCs w:val="21"/>
        </w:rPr>
        <w:t xml:space="preserve"> y </w:t>
      </w:r>
      <w:proofErr w:type="spellStart"/>
      <w:r w:rsidRPr="00D7661F">
        <w:rPr>
          <w:rFonts w:eastAsia="Calibri" w:cstheme="minorHAnsi"/>
          <w:szCs w:val="21"/>
        </w:rPr>
        <w:t>limitación</w:t>
      </w:r>
      <w:proofErr w:type="spellEnd"/>
      <w:r w:rsidRPr="00D7661F">
        <w:rPr>
          <w:rFonts w:eastAsia="Calibri" w:cstheme="minorHAnsi"/>
          <w:szCs w:val="21"/>
        </w:rPr>
        <w:t xml:space="preserve"> a su </w:t>
      </w:r>
      <w:proofErr w:type="spellStart"/>
      <w:r w:rsidRPr="00D7661F">
        <w:rPr>
          <w:rFonts w:eastAsia="Calibri" w:cstheme="minorHAnsi"/>
          <w:szCs w:val="21"/>
        </w:rPr>
        <w:t>tratamiento</w:t>
      </w:r>
      <w:proofErr w:type="spellEnd"/>
      <w:r w:rsidRPr="00D7661F">
        <w:rPr>
          <w:rFonts w:eastAsia="Calibri" w:cstheme="minorHAnsi"/>
          <w:szCs w:val="21"/>
        </w:rPr>
        <w:t xml:space="preserve">. </w:t>
      </w:r>
      <w:proofErr w:type="spellStart"/>
      <w:proofErr w:type="gramStart"/>
      <w:r w:rsidRPr="00D7661F">
        <w:rPr>
          <w:rFonts w:eastAsia="Calibri" w:cstheme="minorHAnsi"/>
          <w:szCs w:val="21"/>
        </w:rPr>
        <w:t>Asimismo</w:t>
      </w:r>
      <w:proofErr w:type="spellEnd"/>
      <w:r w:rsidRPr="00D7661F">
        <w:rPr>
          <w:rFonts w:eastAsia="Calibri" w:cstheme="minorHAnsi"/>
          <w:szCs w:val="21"/>
        </w:rPr>
        <w:t xml:space="preserve">, </w:t>
      </w:r>
      <w:proofErr w:type="spellStart"/>
      <w:r w:rsidRPr="00D7661F">
        <w:rPr>
          <w:rFonts w:eastAsia="Calibri" w:cstheme="minorHAnsi"/>
          <w:szCs w:val="21"/>
        </w:rPr>
        <w:t>tiene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derecho</w:t>
      </w:r>
      <w:proofErr w:type="spellEnd"/>
      <w:r w:rsidRPr="00D7661F">
        <w:rPr>
          <w:rFonts w:eastAsia="Calibri" w:cstheme="minorHAnsi"/>
          <w:szCs w:val="21"/>
        </w:rPr>
        <w:t xml:space="preserve"> a </w:t>
      </w:r>
      <w:proofErr w:type="spellStart"/>
      <w:r w:rsidRPr="00D7661F">
        <w:rPr>
          <w:rFonts w:eastAsia="Calibri" w:cstheme="minorHAnsi"/>
          <w:szCs w:val="21"/>
        </w:rPr>
        <w:t>presentar</w:t>
      </w:r>
      <w:proofErr w:type="spellEnd"/>
      <w:r w:rsidRPr="00D7661F">
        <w:rPr>
          <w:rFonts w:eastAsia="Calibri" w:cstheme="minorHAnsi"/>
          <w:szCs w:val="21"/>
        </w:rPr>
        <w:t xml:space="preserve"> una </w:t>
      </w:r>
      <w:proofErr w:type="spellStart"/>
      <w:r w:rsidRPr="00D7661F">
        <w:rPr>
          <w:rFonts w:eastAsia="Calibri" w:cstheme="minorHAnsi"/>
          <w:szCs w:val="21"/>
        </w:rPr>
        <w:t>reclamación</w:t>
      </w:r>
      <w:proofErr w:type="spellEnd"/>
      <w:r w:rsidRPr="00D7661F">
        <w:rPr>
          <w:rFonts w:eastAsia="Calibri" w:cstheme="minorHAnsi"/>
          <w:szCs w:val="21"/>
        </w:rPr>
        <w:t xml:space="preserve"> ante la </w:t>
      </w:r>
      <w:proofErr w:type="spellStart"/>
      <w:r w:rsidRPr="00D7661F">
        <w:rPr>
          <w:rFonts w:eastAsia="Calibri" w:cstheme="minorHAnsi"/>
          <w:szCs w:val="21"/>
        </w:rPr>
        <w:t>Autoridad</w:t>
      </w:r>
      <w:proofErr w:type="spellEnd"/>
      <w:r w:rsidRPr="00D7661F">
        <w:rPr>
          <w:rFonts w:eastAsia="Calibri" w:cstheme="minorHAnsi"/>
          <w:szCs w:val="21"/>
        </w:rPr>
        <w:t xml:space="preserve"> de Control, la </w:t>
      </w:r>
      <w:proofErr w:type="spellStart"/>
      <w:r w:rsidRPr="00D7661F">
        <w:rPr>
          <w:rFonts w:eastAsia="Calibri" w:cstheme="minorHAnsi"/>
          <w:szCs w:val="21"/>
        </w:rPr>
        <w:t>Agencia</w:t>
      </w:r>
      <w:proofErr w:type="spellEnd"/>
      <w:r w:rsidRPr="00D7661F">
        <w:rPr>
          <w:rFonts w:eastAsia="Calibri" w:cstheme="minorHAnsi"/>
          <w:szCs w:val="21"/>
        </w:rPr>
        <w:t xml:space="preserve"> Española de </w:t>
      </w:r>
      <w:proofErr w:type="spellStart"/>
      <w:r w:rsidRPr="00D7661F">
        <w:rPr>
          <w:rFonts w:eastAsia="Calibri" w:cstheme="minorHAnsi"/>
          <w:szCs w:val="21"/>
        </w:rPr>
        <w:t>Protección</w:t>
      </w:r>
      <w:proofErr w:type="spellEnd"/>
      <w:r w:rsidRPr="00D7661F">
        <w:rPr>
          <w:rFonts w:eastAsia="Calibri" w:cstheme="minorHAnsi"/>
          <w:szCs w:val="21"/>
        </w:rPr>
        <w:t xml:space="preserve"> de </w:t>
      </w:r>
      <w:proofErr w:type="spellStart"/>
      <w:r w:rsidRPr="00D7661F">
        <w:rPr>
          <w:rFonts w:eastAsia="Calibri" w:cstheme="minorHAnsi"/>
          <w:szCs w:val="21"/>
        </w:rPr>
        <w:t>Datos</w:t>
      </w:r>
      <w:proofErr w:type="spellEnd"/>
      <w:r w:rsidRPr="00D7661F">
        <w:rPr>
          <w:szCs w:val="21"/>
        </w:rPr>
        <w:fldChar w:fldCharType="begin"/>
      </w:r>
      <w:r w:rsidRPr="00D7661F">
        <w:rPr>
          <w:szCs w:val="21"/>
        </w:rPr>
        <w:instrText xml:space="preserve"> HYPERLINK "http://www.aepd.es" </w:instrText>
      </w:r>
      <w:r w:rsidRPr="00D7661F">
        <w:rPr>
          <w:szCs w:val="21"/>
        </w:rPr>
        <w:fldChar w:fldCharType="separate"/>
      </w:r>
      <w:r w:rsidRPr="00D7661F">
        <w:rPr>
          <w:rStyle w:val="Hipervnculo"/>
          <w:rFonts w:eastAsia="Calibri" w:cstheme="minorHAnsi"/>
          <w:szCs w:val="21"/>
        </w:rPr>
        <w:t xml:space="preserve"> (www.aepd.es</w:t>
      </w:r>
      <w:r w:rsidRPr="00D7661F">
        <w:rPr>
          <w:szCs w:val="21"/>
        </w:rPr>
        <w:fldChar w:fldCharType="end"/>
      </w:r>
      <w:r w:rsidRPr="00D7661F">
        <w:rPr>
          <w:rFonts w:eastAsia="Calibri" w:cstheme="minorHAnsi"/>
          <w:szCs w:val="21"/>
        </w:rPr>
        <w:t xml:space="preserve">), y en particular a </w:t>
      </w:r>
      <w:proofErr w:type="spellStart"/>
      <w:r w:rsidRPr="00D7661F">
        <w:rPr>
          <w:rFonts w:eastAsia="Calibri" w:cstheme="minorHAnsi"/>
          <w:szCs w:val="21"/>
        </w:rPr>
        <w:t>través</w:t>
      </w:r>
      <w:proofErr w:type="spellEnd"/>
      <w:r w:rsidRPr="00D7661F">
        <w:rPr>
          <w:rFonts w:eastAsia="Calibri" w:cstheme="minorHAnsi"/>
          <w:szCs w:val="21"/>
        </w:rPr>
        <w:t xml:space="preserve"> de (</w:t>
      </w:r>
      <w:r w:rsidRPr="00D7661F">
        <w:rPr>
          <w:rFonts w:eastAsia="Calibri" w:cstheme="minorHAnsi"/>
          <w:szCs w:val="21"/>
          <w:u w:val="single" w:color="000000"/>
        </w:rPr>
        <w:t>https:/</w:t>
      </w:r>
      <w:hyperlink r:id="rId10" w:history="1">
        <w:r w:rsidRPr="00D7661F">
          <w:rPr>
            <w:rStyle w:val="Hipervnculo"/>
            <w:rFonts w:eastAsia="Calibri" w:cstheme="minorHAnsi"/>
            <w:szCs w:val="21"/>
          </w:rPr>
          <w:t>/www.aepd.es/reglamento/derechos/index.html</w:t>
        </w:r>
      </w:hyperlink>
      <w:r w:rsidRPr="00D7661F">
        <w:rPr>
          <w:rFonts w:eastAsia="Calibri" w:cstheme="minorHAnsi"/>
          <w:szCs w:val="21"/>
        </w:rPr>
        <w:t xml:space="preserve">), </w:t>
      </w:r>
      <w:proofErr w:type="spellStart"/>
      <w:r w:rsidRPr="00D7661F">
        <w:rPr>
          <w:rFonts w:eastAsia="Calibri" w:cstheme="minorHAnsi"/>
          <w:szCs w:val="21"/>
        </w:rPr>
        <w:t>si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considera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que</w:t>
      </w:r>
      <w:proofErr w:type="spellEnd"/>
      <w:r w:rsidRPr="00D7661F">
        <w:rPr>
          <w:rFonts w:eastAsia="Calibri" w:cstheme="minorHAnsi"/>
          <w:szCs w:val="21"/>
        </w:rPr>
        <w:t xml:space="preserve"> el </w:t>
      </w:r>
      <w:proofErr w:type="spellStart"/>
      <w:r w:rsidRPr="00D7661F">
        <w:rPr>
          <w:rFonts w:eastAsia="Calibri" w:cstheme="minorHAnsi"/>
          <w:szCs w:val="21"/>
        </w:rPr>
        <w:t>tratamiento</w:t>
      </w:r>
      <w:proofErr w:type="spellEnd"/>
      <w:r w:rsidRPr="00D7661F">
        <w:rPr>
          <w:rFonts w:eastAsia="Calibri" w:cstheme="minorHAnsi"/>
          <w:szCs w:val="21"/>
        </w:rPr>
        <w:t xml:space="preserve"> no se </w:t>
      </w:r>
      <w:proofErr w:type="spellStart"/>
      <w:r w:rsidRPr="00D7661F">
        <w:rPr>
          <w:rFonts w:eastAsia="Calibri" w:cstheme="minorHAnsi"/>
          <w:szCs w:val="21"/>
        </w:rPr>
        <w:t>ajusta</w:t>
      </w:r>
      <w:proofErr w:type="spellEnd"/>
      <w:r w:rsidRPr="00D7661F">
        <w:rPr>
          <w:rFonts w:eastAsia="Calibri" w:cstheme="minorHAnsi"/>
          <w:szCs w:val="21"/>
        </w:rPr>
        <w:t xml:space="preserve"> a la </w:t>
      </w:r>
      <w:proofErr w:type="spellStart"/>
      <w:r w:rsidRPr="00D7661F">
        <w:rPr>
          <w:rFonts w:eastAsia="Calibri" w:cstheme="minorHAnsi"/>
          <w:szCs w:val="21"/>
        </w:rPr>
        <w:t>normativa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vigente</w:t>
      </w:r>
      <w:proofErr w:type="spellEnd"/>
      <w:r w:rsidRPr="00D7661F">
        <w:rPr>
          <w:rFonts w:eastAsia="Calibri" w:cstheme="minorHAnsi"/>
          <w:szCs w:val="21"/>
        </w:rPr>
        <w:t>.</w:t>
      </w:r>
      <w:proofErr w:type="gram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Calle</w:t>
      </w:r>
      <w:proofErr w:type="spellEnd"/>
      <w:r w:rsidRPr="00D7661F">
        <w:rPr>
          <w:rFonts w:eastAsia="Calibri" w:cstheme="minorHAnsi"/>
          <w:szCs w:val="21"/>
        </w:rPr>
        <w:t xml:space="preserve"> Jorge Juan 6, 28001 Madrid. </w:t>
      </w:r>
      <w:proofErr w:type="gramStart"/>
      <w:r w:rsidRPr="00D7661F">
        <w:rPr>
          <w:rFonts w:eastAsia="Calibri" w:cstheme="minorHAnsi"/>
          <w:szCs w:val="21"/>
        </w:rPr>
        <w:t xml:space="preserve">¿Cómo se </w:t>
      </w:r>
      <w:proofErr w:type="spellStart"/>
      <w:r w:rsidRPr="00D7661F">
        <w:rPr>
          <w:rFonts w:eastAsia="Calibri" w:cstheme="minorHAnsi"/>
          <w:szCs w:val="21"/>
        </w:rPr>
        <w:t>pueden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ejercer</w:t>
      </w:r>
      <w:proofErr w:type="spellEnd"/>
      <w:r w:rsidRPr="00D7661F">
        <w:rPr>
          <w:rFonts w:eastAsia="Calibri" w:cstheme="minorHAnsi"/>
          <w:szCs w:val="21"/>
        </w:rPr>
        <w:t xml:space="preserve"> los </w:t>
      </w:r>
      <w:proofErr w:type="spellStart"/>
      <w:r w:rsidRPr="00D7661F">
        <w:rPr>
          <w:rFonts w:eastAsia="Calibri" w:cstheme="minorHAnsi"/>
          <w:szCs w:val="21"/>
        </w:rPr>
        <w:t>derechos</w:t>
      </w:r>
      <w:proofErr w:type="spellEnd"/>
      <w:r w:rsidRPr="00D7661F">
        <w:rPr>
          <w:rFonts w:eastAsia="Calibri" w:cstheme="minorHAnsi"/>
          <w:szCs w:val="21"/>
        </w:rPr>
        <w:t>?</w:t>
      </w:r>
      <w:proofErr w:type="gramEnd"/>
      <w:r w:rsidRPr="00D7661F">
        <w:rPr>
          <w:rFonts w:eastAsia="Calibri" w:cstheme="minorHAnsi"/>
          <w:szCs w:val="21"/>
        </w:rPr>
        <w:t xml:space="preserve">  Mediante </w:t>
      </w:r>
      <w:proofErr w:type="spellStart"/>
      <w:r w:rsidRPr="00D7661F">
        <w:rPr>
          <w:rFonts w:eastAsia="Calibri" w:cstheme="minorHAnsi"/>
          <w:szCs w:val="21"/>
        </w:rPr>
        <w:t>escrito</w:t>
      </w:r>
      <w:proofErr w:type="spellEnd"/>
      <w:r w:rsidRPr="00D7661F">
        <w:rPr>
          <w:rFonts w:eastAsia="Calibri" w:cstheme="minorHAnsi"/>
          <w:szCs w:val="21"/>
        </w:rPr>
        <w:t xml:space="preserve">, </w:t>
      </w:r>
      <w:proofErr w:type="spellStart"/>
      <w:r w:rsidRPr="00D7661F">
        <w:rPr>
          <w:rFonts w:eastAsia="Calibri" w:cstheme="minorHAnsi"/>
          <w:szCs w:val="21"/>
        </w:rPr>
        <w:t>adjuntando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documento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acreditativo</w:t>
      </w:r>
      <w:proofErr w:type="spellEnd"/>
      <w:r w:rsidRPr="00D7661F">
        <w:rPr>
          <w:rFonts w:eastAsia="Calibri" w:cstheme="minorHAnsi"/>
          <w:szCs w:val="21"/>
        </w:rPr>
        <w:t xml:space="preserve"> legal al </w:t>
      </w:r>
      <w:proofErr w:type="spellStart"/>
      <w:r w:rsidRPr="00D7661F">
        <w:rPr>
          <w:rFonts w:eastAsia="Calibri" w:cstheme="minorHAnsi"/>
          <w:szCs w:val="21"/>
        </w:rPr>
        <w:t>responsable</w:t>
      </w:r>
      <w:proofErr w:type="spellEnd"/>
      <w:r w:rsidRPr="00D7661F">
        <w:rPr>
          <w:rFonts w:eastAsia="Calibri" w:cstheme="minorHAnsi"/>
          <w:szCs w:val="21"/>
        </w:rPr>
        <w:t xml:space="preserve"> </w:t>
      </w:r>
      <w:proofErr w:type="gramStart"/>
      <w:r w:rsidRPr="00D7661F">
        <w:rPr>
          <w:rFonts w:eastAsia="Calibri" w:cstheme="minorHAnsi"/>
          <w:szCs w:val="21"/>
        </w:rPr>
        <w:t>del</w:t>
      </w:r>
      <w:proofErr w:type="gramEnd"/>
      <w:r w:rsidRPr="00D7661F">
        <w:rPr>
          <w:rFonts w:eastAsia="Calibri" w:cstheme="minorHAnsi"/>
          <w:szCs w:val="21"/>
        </w:rPr>
        <w:t xml:space="preserve"> </w:t>
      </w:r>
      <w:proofErr w:type="spellStart"/>
      <w:r w:rsidRPr="00D7661F">
        <w:rPr>
          <w:rFonts w:eastAsia="Calibri" w:cstheme="minorHAnsi"/>
          <w:szCs w:val="21"/>
        </w:rPr>
        <w:t>tratamiento</w:t>
      </w:r>
      <w:proofErr w:type="spellEnd"/>
      <w:r w:rsidRPr="00D7661F">
        <w:rPr>
          <w:rFonts w:eastAsia="Calibri" w:cstheme="minorHAnsi"/>
          <w:szCs w:val="21"/>
        </w:rPr>
        <w:t>.</w:t>
      </w:r>
    </w:p>
    <w:p w:rsidR="00630AF4" w:rsidRDefault="00630AF4"/>
    <w:p w:rsidR="00D45D22" w:rsidRDefault="00D45D22" w:rsidP="00D7661F">
      <w:pPr>
        <w:jc w:val="center"/>
      </w:pPr>
      <w:r>
        <w:t xml:space="preserve">En __________________________, a _____ de _________________ </w:t>
      </w:r>
      <w:proofErr w:type="spellStart"/>
      <w:r>
        <w:t>de</w:t>
      </w:r>
      <w:proofErr w:type="spellEnd"/>
      <w:r>
        <w:t xml:space="preserve"> 2026</w:t>
      </w:r>
    </w:p>
    <w:p w:rsidR="00D45D22" w:rsidRDefault="00D45D22" w:rsidP="00D45D22">
      <w:pPr>
        <w:jc w:val="center"/>
      </w:pPr>
    </w:p>
    <w:p w:rsidR="00D45D22" w:rsidRPr="00D45D22" w:rsidRDefault="00D45D22" w:rsidP="00D45D22">
      <w:pPr>
        <w:spacing w:after="0"/>
        <w:jc w:val="center"/>
        <w:rPr>
          <w:b/>
        </w:rPr>
      </w:pPr>
      <w:proofErr w:type="spellStart"/>
      <w:r w:rsidRPr="00D45D22">
        <w:rPr>
          <w:b/>
        </w:rPr>
        <w:t>Firmado</w:t>
      </w:r>
      <w:proofErr w:type="spellEnd"/>
    </w:p>
    <w:p w:rsidR="00630AF4" w:rsidRPr="00630AF4" w:rsidRDefault="00630AF4" w:rsidP="00630AF4">
      <w:pPr>
        <w:spacing w:after="0"/>
        <w:jc w:val="center"/>
        <w:rPr>
          <w:i/>
        </w:rPr>
      </w:pPr>
      <w:r>
        <w:rPr>
          <w:i/>
        </w:rPr>
        <w:t>(</w:t>
      </w:r>
      <w:r w:rsidRPr="00630AF4">
        <w:rPr>
          <w:i/>
        </w:rPr>
        <w:t xml:space="preserve">Nombre y firma de la persona </w:t>
      </w:r>
      <w:proofErr w:type="spellStart"/>
      <w:r w:rsidRPr="00630AF4">
        <w:rPr>
          <w:i/>
        </w:rPr>
        <w:t>solicitante</w:t>
      </w:r>
      <w:proofErr w:type="spellEnd"/>
      <w:r w:rsidRPr="00630AF4">
        <w:rPr>
          <w:i/>
        </w:rPr>
        <w:t xml:space="preserve"> </w:t>
      </w:r>
      <w:proofErr w:type="spellStart"/>
      <w:r w:rsidRPr="00630AF4">
        <w:rPr>
          <w:i/>
        </w:rPr>
        <w:t>coordinadora</w:t>
      </w:r>
      <w:proofErr w:type="spellEnd"/>
      <w:r w:rsidRPr="00630AF4">
        <w:rPr>
          <w:i/>
        </w:rPr>
        <w:t xml:space="preserve"> o </w:t>
      </w:r>
      <w:proofErr w:type="spellStart"/>
      <w:r w:rsidRPr="00630AF4">
        <w:rPr>
          <w:i/>
        </w:rPr>
        <w:t>representante</w:t>
      </w:r>
      <w:proofErr w:type="spellEnd"/>
      <w:r>
        <w:rPr>
          <w:i/>
        </w:rPr>
        <w:t>)</w:t>
      </w:r>
    </w:p>
    <w:p w:rsidR="00D45D22" w:rsidRPr="00D45D22" w:rsidRDefault="00D45D22" w:rsidP="00D45D22">
      <w:pPr>
        <w:spacing w:after="0"/>
        <w:jc w:val="center"/>
        <w:rPr>
          <w:b/>
        </w:rPr>
      </w:pPr>
    </w:p>
    <w:sectPr w:rsidR="00D45D22" w:rsidRPr="00D45D22" w:rsidSect="003E39AC">
      <w:headerReference w:type="default" r:id="rId11"/>
      <w:pgSz w:w="12240" w:h="15840"/>
      <w:pgMar w:top="709" w:right="1247" w:bottom="1134" w:left="124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F56" w:rsidRDefault="00DE1F56" w:rsidP="00D45D22">
      <w:pPr>
        <w:spacing w:after="0" w:line="240" w:lineRule="auto"/>
      </w:pPr>
      <w:r>
        <w:separator/>
      </w:r>
    </w:p>
  </w:endnote>
  <w:endnote w:type="continuationSeparator" w:id="0">
    <w:p w:rsidR="00DE1F56" w:rsidRDefault="00DE1F56" w:rsidP="00D45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F56" w:rsidRDefault="00DE1F56" w:rsidP="00D45D22">
      <w:pPr>
        <w:spacing w:after="0" w:line="240" w:lineRule="auto"/>
      </w:pPr>
      <w:r>
        <w:separator/>
      </w:r>
    </w:p>
  </w:footnote>
  <w:footnote w:type="continuationSeparator" w:id="0">
    <w:p w:rsidR="00DE1F56" w:rsidRDefault="00DE1F56" w:rsidP="00D45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D22" w:rsidRDefault="00D45D22">
    <w:pPr>
      <w:pStyle w:val="Encabezado"/>
    </w:pPr>
    <w:r>
      <w:rPr>
        <w:noProof/>
        <w:lang w:val="es-ES" w:eastAsia="es-ES"/>
      </w:rPr>
      <w:drawing>
        <wp:inline distT="0" distB="0" distL="0" distR="0" wp14:anchorId="5423F31E" wp14:editId="0232A6C9">
          <wp:extent cx="6188710" cy="674370"/>
          <wp:effectExtent l="0" t="0" r="254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DOS LOS LOGOS UNID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45D22" w:rsidRDefault="00D45D2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32E02BB"/>
    <w:multiLevelType w:val="hybridMultilevel"/>
    <w:tmpl w:val="3C2A73C8"/>
    <w:lvl w:ilvl="0" w:tplc="278C8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8179BD"/>
    <w:multiLevelType w:val="hybridMultilevel"/>
    <w:tmpl w:val="41DC17CE"/>
    <w:lvl w:ilvl="0" w:tplc="B866D71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206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7E1C"/>
    <w:rsid w:val="00034616"/>
    <w:rsid w:val="00042B72"/>
    <w:rsid w:val="0006063C"/>
    <w:rsid w:val="0015074B"/>
    <w:rsid w:val="001D28B4"/>
    <w:rsid w:val="00214C10"/>
    <w:rsid w:val="0029639D"/>
    <w:rsid w:val="002E4970"/>
    <w:rsid w:val="00326F90"/>
    <w:rsid w:val="003D1F7D"/>
    <w:rsid w:val="003E39AC"/>
    <w:rsid w:val="00630AF4"/>
    <w:rsid w:val="006566CF"/>
    <w:rsid w:val="006D6CF3"/>
    <w:rsid w:val="00720FBF"/>
    <w:rsid w:val="008D3BB6"/>
    <w:rsid w:val="00A042EE"/>
    <w:rsid w:val="00A109D2"/>
    <w:rsid w:val="00AA1D8D"/>
    <w:rsid w:val="00B47730"/>
    <w:rsid w:val="00B67357"/>
    <w:rsid w:val="00CB0664"/>
    <w:rsid w:val="00CF5F67"/>
    <w:rsid w:val="00D45D22"/>
    <w:rsid w:val="00D7661F"/>
    <w:rsid w:val="00DE1F56"/>
    <w:rsid w:val="00E508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45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D22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766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45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D22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766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8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epd.es/reglamento/derechos/index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aderla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ACB457-0719-45A8-87BD-64D8509DF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627</Words>
  <Characters>3454</Characters>
  <Application>Microsoft Office Word</Application>
  <DocSecurity>0</DocSecurity>
  <Lines>28</Lines>
  <Paragraphs>8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8</vt:i4>
      </vt:variant>
      <vt:variant>
        <vt:lpstr>Title</vt:lpstr>
      </vt:variant>
      <vt:variant>
        <vt:i4>1</vt:i4>
      </vt:variant>
    </vt:vector>
  </HeadingPairs>
  <TitlesOfParts>
    <vt:vector size="10" baseType="lpstr">
      <vt:lpstr/>
      <vt:lpstr>Información General del Proyecto</vt:lpstr>
      <vt:lpstr>2. Resumen del Proyecto</vt:lpstr>
      <vt:lpstr>3. Contexto y Justificación</vt:lpstr>
      <vt:lpstr>4. Objetivos del Proyecto</vt:lpstr>
      <vt:lpstr>5. Estructura del Proyecto Paraguas</vt:lpstr>
      <vt:lpstr>6. Presupuesto global y detallado.</vt:lpstr>
      <vt:lpstr>7. Participantes del proyecto.</vt:lpstr>
      <vt:lpstr>8. Protección de datos.</vt:lpstr>
      <vt:lpstr/>
    </vt:vector>
  </TitlesOfParts>
  <Company/>
  <LinksUpToDate>false</LinksUpToDate>
  <CharactersWithSpaces>4073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TACENS</cp:lastModifiedBy>
  <cp:revision>11</cp:revision>
  <cp:lastPrinted>2026-09-16T09:56:00Z</cp:lastPrinted>
  <dcterms:created xsi:type="dcterms:W3CDTF">2026-09-10T08:31:00Z</dcterms:created>
  <dcterms:modified xsi:type="dcterms:W3CDTF">2026-09-16T09:57:00Z</dcterms:modified>
</cp:coreProperties>
</file>